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Look w:val="04A0" w:firstRow="1" w:lastRow="0" w:firstColumn="1" w:lastColumn="0" w:noHBand="0" w:noVBand="1"/>
      </w:tblPr>
      <w:tblGrid>
        <w:gridCol w:w="1584"/>
        <w:gridCol w:w="11807"/>
        <w:gridCol w:w="1584"/>
      </w:tblGrid>
      <w:tr w:rsidR="00855B75" w14:paraId="1187435A" w14:textId="77777777">
        <w:trPr>
          <w:jc w:val="center"/>
        </w:trPr>
        <w:tc>
          <w:tcPr>
            <w:tcW w:w="1584" w:type="dxa"/>
            <w:vAlign w:val="center"/>
          </w:tcPr>
          <w:p w14:paraId="68EAE723" w14:textId="77777777" w:rsidR="00855B75" w:rsidRDefault="00000000">
            <w:pPr>
              <w:spacing w:after="0"/>
            </w:pPr>
            <w:r>
              <w:rPr>
                <w:noProof/>
              </w:rPr>
              <w:drawing>
                <wp:inline distT="0" distB="0" distL="0" distR="0" wp14:anchorId="54673265" wp14:editId="160538D1">
                  <wp:extent cx="868680" cy="8686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8-12 at 15.05.23.jpeg"/>
                          <pic:cNvPicPr/>
                        </pic:nvPicPr>
                        <pic:blipFill>
                          <a:blip r:embed="rId8"/>
                          <a:stretch>
                            <a:fillRect/>
                          </a:stretch>
                        </pic:blipFill>
                        <pic:spPr>
                          <a:xfrm>
                            <a:off x="0" y="0"/>
                            <a:ext cx="868680" cy="868680"/>
                          </a:xfrm>
                          <a:prstGeom prst="rect">
                            <a:avLst/>
                          </a:prstGeom>
                        </pic:spPr>
                      </pic:pic>
                    </a:graphicData>
                  </a:graphic>
                </wp:inline>
              </w:drawing>
            </w:r>
          </w:p>
        </w:tc>
        <w:tc>
          <w:tcPr>
            <w:tcW w:w="11807" w:type="dxa"/>
            <w:vAlign w:val="center"/>
          </w:tcPr>
          <w:p w14:paraId="16B212E0" w14:textId="77777777" w:rsidR="00855B75" w:rsidRDefault="00000000">
            <w:pPr>
              <w:spacing w:after="0"/>
              <w:jc w:val="center"/>
            </w:pPr>
            <w:r>
              <w:rPr>
                <w:b/>
                <w:color w:val="006666"/>
                <w:sz w:val="30"/>
              </w:rPr>
              <w:t>CONSEIL RÉGIONAL DE LA MÉ</w:t>
            </w:r>
            <w:r>
              <w:rPr>
                <w:b/>
                <w:color w:val="006666"/>
                <w:sz w:val="30"/>
              </w:rPr>
              <w:br/>
            </w:r>
            <w:r>
              <w:rPr>
                <w:b/>
              </w:rPr>
              <w:t>APPEL À CANDIDATURES FJAC / YCAF — LA MÉ</w:t>
            </w:r>
            <w:r>
              <w:rPr>
                <w:b/>
              </w:rPr>
              <w:br/>
            </w:r>
            <w:r w:rsidRPr="00B004FF">
              <w:rPr>
                <w:i/>
                <w:color w:val="EE0000"/>
                <w:sz w:val="24"/>
              </w:rPr>
              <w:t>NOTICE</w:t>
            </w:r>
          </w:p>
        </w:tc>
        <w:tc>
          <w:tcPr>
            <w:tcW w:w="1584" w:type="dxa"/>
            <w:vAlign w:val="center"/>
          </w:tcPr>
          <w:p w14:paraId="488AD7D8" w14:textId="77777777" w:rsidR="00855B75" w:rsidRDefault="00000000">
            <w:pPr>
              <w:spacing w:after="0"/>
              <w:jc w:val="right"/>
            </w:pPr>
            <w:r>
              <w:rPr>
                <w:noProof/>
              </w:rPr>
              <w:drawing>
                <wp:inline distT="0" distB="0" distL="0" distR="0" wp14:anchorId="61616185" wp14:editId="6FE722F9">
                  <wp:extent cx="868680" cy="7790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ONSEL.jpg"/>
                          <pic:cNvPicPr/>
                        </pic:nvPicPr>
                        <pic:blipFill>
                          <a:blip r:embed="rId9"/>
                          <a:stretch>
                            <a:fillRect/>
                          </a:stretch>
                        </pic:blipFill>
                        <pic:spPr>
                          <a:xfrm>
                            <a:off x="0" y="0"/>
                            <a:ext cx="868680" cy="779085"/>
                          </a:xfrm>
                          <a:prstGeom prst="rect">
                            <a:avLst/>
                          </a:prstGeom>
                        </pic:spPr>
                      </pic:pic>
                    </a:graphicData>
                  </a:graphic>
                </wp:inline>
              </w:drawing>
            </w:r>
          </w:p>
        </w:tc>
      </w:tr>
    </w:tbl>
    <w:p w14:paraId="0D2F8AEC" w14:textId="77777777" w:rsidR="00855B75" w:rsidRDefault="00855B75">
      <w:pPr>
        <w:spacing w:after="0"/>
      </w:pPr>
    </w:p>
    <w:tbl>
      <w:tblPr>
        <w:tblStyle w:val="Grilledutableau"/>
        <w:tblW w:w="0" w:type="auto"/>
        <w:jc w:val="center"/>
        <w:tblLayout w:type="fixed"/>
        <w:tblLook w:val="04A0" w:firstRow="1" w:lastRow="0" w:firstColumn="1" w:lastColumn="0" w:noHBand="0" w:noVBand="1"/>
      </w:tblPr>
      <w:tblGrid>
        <w:gridCol w:w="4320"/>
        <w:gridCol w:w="11160"/>
      </w:tblGrid>
      <w:tr w:rsidR="00855B75" w14:paraId="0685D8F5" w14:textId="77777777">
        <w:trPr>
          <w:cantSplit/>
          <w:trHeight w:val="547"/>
          <w:jc w:val="center"/>
        </w:trPr>
        <w:tc>
          <w:tcPr>
            <w:tcW w:w="15480" w:type="dxa"/>
            <w:gridSpan w:val="2"/>
            <w:tcBorders>
              <w:top w:val="single" w:sz="4" w:space="0" w:color="8C8C8C"/>
              <w:left w:val="single" w:sz="4" w:space="0" w:color="8C8C8C"/>
              <w:bottom w:val="single" w:sz="4" w:space="0" w:color="8C8C8C"/>
              <w:right w:val="single" w:sz="4" w:space="0" w:color="8C8C8C"/>
            </w:tcBorders>
            <w:shd w:val="clear" w:color="auto" w:fill="0B6B68"/>
            <w:tcMar>
              <w:top w:w="70" w:type="dxa"/>
              <w:left w:w="85" w:type="dxa"/>
              <w:bottom w:w="70" w:type="dxa"/>
              <w:right w:w="85" w:type="dxa"/>
            </w:tcMar>
            <w:vAlign w:val="center"/>
          </w:tcPr>
          <w:p w14:paraId="73F12E30" w14:textId="77777777" w:rsidR="00855B75" w:rsidRDefault="00000000">
            <w:pPr>
              <w:jc w:val="center"/>
            </w:pPr>
            <w:r>
              <w:rPr>
                <w:b/>
              </w:rPr>
              <w:t>MATRICE DE PROJET — APPEL À CANDIDATURES FJAC LA MÉ</w:t>
            </w:r>
          </w:p>
        </w:tc>
      </w:tr>
      <w:tr w:rsidR="00855B75" w14:paraId="6A714DF0" w14:textId="77777777">
        <w:trPr>
          <w:cantSplit/>
          <w:jc w:val="center"/>
        </w:trPr>
        <w:tc>
          <w:tcPr>
            <w:tcW w:w="15480" w:type="dxa"/>
            <w:gridSpan w:val="2"/>
            <w:tcBorders>
              <w:top w:val="single" w:sz="4" w:space="0" w:color="8C8C8C"/>
              <w:left w:val="single" w:sz="4" w:space="0" w:color="8C8C8C"/>
              <w:bottom w:val="single" w:sz="4" w:space="0" w:color="8C8C8C"/>
              <w:right w:val="single" w:sz="4" w:space="0" w:color="8C8C8C"/>
            </w:tcBorders>
            <w:shd w:val="clear" w:color="auto" w:fill="DCEFEF"/>
            <w:tcMar>
              <w:top w:w="70" w:type="dxa"/>
              <w:left w:w="85" w:type="dxa"/>
              <w:bottom w:w="70" w:type="dxa"/>
              <w:right w:w="85" w:type="dxa"/>
            </w:tcMar>
            <w:vAlign w:val="center"/>
          </w:tcPr>
          <w:p w14:paraId="57E0E9AC" w14:textId="77777777" w:rsidR="00855B75" w:rsidRDefault="00000000">
            <w:pPr>
              <w:jc w:val="center"/>
            </w:pPr>
            <w:r>
              <w:rPr>
                <w:i/>
              </w:rPr>
              <w:t>À compléter par le groupe de jeunes porteur du projet, avec l'appui de son organisation hôte — Version 2</w:t>
            </w:r>
          </w:p>
        </w:tc>
      </w:tr>
      <w:tr w:rsidR="00855B75" w14:paraId="6B3D7589" w14:textId="77777777">
        <w:trPr>
          <w:cantSplit/>
          <w:jc w:val="center"/>
        </w:trPr>
        <w:tc>
          <w:tcPr>
            <w:tcW w:w="4320"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17C7E3F4" w14:textId="77777777" w:rsidR="00855B75" w:rsidRDefault="00855B75"/>
        </w:tc>
        <w:tc>
          <w:tcPr>
            <w:tcW w:w="11160"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6A80D377" w14:textId="77777777" w:rsidR="00855B75" w:rsidRDefault="00855B75"/>
        </w:tc>
      </w:tr>
      <w:tr w:rsidR="00855B75" w14:paraId="0BAD4EDC" w14:textId="77777777">
        <w:trPr>
          <w:cantSplit/>
          <w:jc w:val="center"/>
        </w:trPr>
        <w:tc>
          <w:tcPr>
            <w:tcW w:w="4320"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2FD30BE5" w14:textId="77777777" w:rsidR="00855B75" w:rsidRDefault="00855B75"/>
        </w:tc>
        <w:tc>
          <w:tcPr>
            <w:tcW w:w="11160"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4E7C253C" w14:textId="77777777" w:rsidR="00855B75" w:rsidRDefault="00000000">
            <w:r>
              <w:rPr>
                <w:b/>
              </w:rPr>
              <w:t>Comment utiliser ce classeur</w:t>
            </w:r>
          </w:p>
        </w:tc>
      </w:tr>
      <w:tr w:rsidR="00855B75" w14:paraId="0565FF9E" w14:textId="77777777">
        <w:trPr>
          <w:cantSplit/>
          <w:jc w:val="center"/>
        </w:trPr>
        <w:tc>
          <w:tcPr>
            <w:tcW w:w="4320"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12B6FC28" w14:textId="77777777" w:rsidR="00855B75" w:rsidRDefault="00855B75"/>
        </w:tc>
        <w:tc>
          <w:tcPr>
            <w:tcW w:w="11160"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10F440C8" w14:textId="77777777" w:rsidR="00855B75" w:rsidRDefault="00000000">
            <w:r>
              <w:t>Cette matrice reprend, onglet par onglet, l'ensemble des critères d'éligibilité et de notation de l'appel à candidatures du FJAC/YCAF de La Mé. Chaque onglet comporte une colonne d'aide (en italique) à côté des champs à remplir, pour guider le groupe porteur.</w:t>
            </w:r>
          </w:p>
        </w:tc>
      </w:tr>
      <w:tr w:rsidR="00855B75" w14:paraId="232CDCFC" w14:textId="77777777">
        <w:trPr>
          <w:cantSplit/>
          <w:jc w:val="center"/>
        </w:trPr>
        <w:tc>
          <w:tcPr>
            <w:tcW w:w="4320"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350C0466" w14:textId="77777777" w:rsidR="00855B75" w:rsidRDefault="00855B75"/>
        </w:tc>
        <w:tc>
          <w:tcPr>
            <w:tcW w:w="11160"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29119925" w14:textId="77777777" w:rsidR="00855B75" w:rsidRDefault="00855B75"/>
        </w:tc>
      </w:tr>
      <w:tr w:rsidR="00855B75" w14:paraId="495FDFB9" w14:textId="77777777">
        <w:trPr>
          <w:cantSplit/>
          <w:jc w:val="center"/>
        </w:trPr>
        <w:tc>
          <w:tcPr>
            <w:tcW w:w="4320"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0B268066" w14:textId="77777777" w:rsidR="00855B75" w:rsidRDefault="00855B75"/>
        </w:tc>
        <w:tc>
          <w:tcPr>
            <w:tcW w:w="11160"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5F187C27" w14:textId="77777777" w:rsidR="00855B75" w:rsidRDefault="00000000">
            <w:r>
              <w:rPr>
                <w:b/>
              </w:rPr>
              <w:t>⚠ Rappel important — critères d'éligibilité</w:t>
            </w:r>
          </w:p>
        </w:tc>
      </w:tr>
      <w:tr w:rsidR="00855B75" w14:paraId="11487CF6" w14:textId="77777777">
        <w:trPr>
          <w:cantSplit/>
          <w:jc w:val="center"/>
        </w:trPr>
        <w:tc>
          <w:tcPr>
            <w:tcW w:w="4320"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7E16AA33" w14:textId="77777777" w:rsidR="00855B75" w:rsidRDefault="00855B75"/>
        </w:tc>
        <w:tc>
          <w:tcPr>
            <w:tcW w:w="11160"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468C593E" w14:textId="77777777" w:rsidR="00855B75" w:rsidRDefault="00000000">
            <w:r>
              <w:t>• Ancrage territorial : le projet doit répondre à un besoin réel et précisément localisé (village ou quartier nommé), décrit avec des éléments concrets du contexte local. C'est une condition préalable (critère A3), vérifiée en priorité avant tout le reste du dossier.</w:t>
            </w:r>
          </w:p>
        </w:tc>
      </w:tr>
      <w:tr w:rsidR="00855B75" w14:paraId="4D5E4C26" w14:textId="77777777">
        <w:trPr>
          <w:cantSplit/>
          <w:jc w:val="center"/>
        </w:trPr>
        <w:tc>
          <w:tcPr>
            <w:tcW w:w="4320"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24EEB040" w14:textId="77777777" w:rsidR="00855B75" w:rsidRDefault="00855B75"/>
        </w:tc>
        <w:tc>
          <w:tcPr>
            <w:tcW w:w="11160"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73EC5AA4" w14:textId="77777777" w:rsidR="00855B75" w:rsidRDefault="00000000">
            <w:r>
              <w:t>• Inclusion et genre : aucun quota n'est imposé aux groupes mixtes, mais l'intégration de jeunes filles et de personnes en situation de handicap dans le groupe porteur est encouragée et valorisée dans la notation.</w:t>
            </w:r>
          </w:p>
        </w:tc>
      </w:tr>
      <w:tr w:rsidR="00855B75" w14:paraId="7BB779BD" w14:textId="77777777">
        <w:trPr>
          <w:cantSplit/>
          <w:jc w:val="center"/>
        </w:trPr>
        <w:tc>
          <w:tcPr>
            <w:tcW w:w="4320"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359C3056" w14:textId="77777777" w:rsidR="00855B75" w:rsidRDefault="00855B75"/>
        </w:tc>
        <w:tc>
          <w:tcPr>
            <w:tcW w:w="11160"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43F7279D" w14:textId="77777777" w:rsidR="00855B75" w:rsidRDefault="00000000">
            <w:r>
              <w:t>• Pas de prête-nom : le projet doit être réellement conçu et porté par les jeunes eux-mêmes, et non par un aîné ou un adulte qui se contenterait d'utiliser leur nom. Une supervision régulière des projets sera assurée tout au long de leur mise en œuvre pour s'en assurer.</w:t>
            </w:r>
          </w:p>
        </w:tc>
      </w:tr>
      <w:tr w:rsidR="00855B75" w14:paraId="518625E8" w14:textId="77777777">
        <w:trPr>
          <w:cantSplit/>
          <w:jc w:val="center"/>
        </w:trPr>
        <w:tc>
          <w:tcPr>
            <w:tcW w:w="4320"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48C64158" w14:textId="77777777" w:rsidR="00855B75" w:rsidRDefault="00855B75"/>
        </w:tc>
        <w:tc>
          <w:tcPr>
            <w:tcW w:w="11160"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78C5A635" w14:textId="77777777" w:rsidR="00855B75" w:rsidRDefault="00000000">
            <w:r>
              <w:t>• Présentation devant le jury : les projets retenus après notation seront présentés oralement devant le jury de sélection, afin d'apprécier la capacité réelle des initiateurs à porter et à conduire leur projet.</w:t>
            </w:r>
          </w:p>
        </w:tc>
      </w:tr>
      <w:tr w:rsidR="00855B75" w14:paraId="10B4DF87" w14:textId="77777777">
        <w:trPr>
          <w:cantSplit/>
          <w:jc w:val="center"/>
        </w:trPr>
        <w:tc>
          <w:tcPr>
            <w:tcW w:w="4320"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2269096E" w14:textId="77777777" w:rsidR="00855B75" w:rsidRDefault="00855B75"/>
        </w:tc>
        <w:tc>
          <w:tcPr>
            <w:tcW w:w="11160"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329B73C3" w14:textId="77777777" w:rsidR="00855B75" w:rsidRDefault="00855B75"/>
        </w:tc>
      </w:tr>
      <w:tr w:rsidR="00855B75" w14:paraId="076FDBD1" w14:textId="77777777">
        <w:trPr>
          <w:cantSplit/>
          <w:jc w:val="center"/>
        </w:trPr>
        <w:tc>
          <w:tcPr>
            <w:tcW w:w="4320"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05EFEFCD" w14:textId="77777777" w:rsidR="00855B75" w:rsidRDefault="00855B75"/>
        </w:tc>
        <w:tc>
          <w:tcPr>
            <w:tcW w:w="11160"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60CF2FF6" w14:textId="77777777" w:rsidR="00855B75" w:rsidRDefault="00000000">
            <w:r>
              <w:rPr>
                <w:b/>
              </w:rPr>
              <w:t>Onglet « Identification »</w:t>
            </w:r>
          </w:p>
        </w:tc>
      </w:tr>
      <w:tr w:rsidR="00855B75" w14:paraId="7E123648" w14:textId="77777777">
        <w:trPr>
          <w:cantSplit/>
          <w:jc w:val="center"/>
        </w:trPr>
        <w:tc>
          <w:tcPr>
            <w:tcW w:w="4320"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6950A688" w14:textId="77777777" w:rsidR="00855B75" w:rsidRDefault="00855B75"/>
        </w:tc>
        <w:tc>
          <w:tcPr>
            <w:tcW w:w="11160"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5611A5CB" w14:textId="77777777" w:rsidR="00855B75" w:rsidRDefault="00000000">
            <w:r>
              <w:t>Informations générales sur le groupe porteur, l'organisation hôte et le projet, avec la liste des 4 domaines et des exemples pour vous aider à choisir.</w:t>
            </w:r>
          </w:p>
        </w:tc>
      </w:tr>
      <w:tr w:rsidR="00855B75" w14:paraId="7FA3FB75" w14:textId="77777777">
        <w:trPr>
          <w:cantSplit/>
          <w:jc w:val="center"/>
        </w:trPr>
        <w:tc>
          <w:tcPr>
            <w:tcW w:w="4320"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1BB96AAF" w14:textId="77777777" w:rsidR="00855B75" w:rsidRDefault="00855B75"/>
        </w:tc>
        <w:tc>
          <w:tcPr>
            <w:tcW w:w="11160"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333E7F3C" w14:textId="77777777" w:rsidR="00855B75" w:rsidRDefault="00855B75"/>
        </w:tc>
      </w:tr>
      <w:tr w:rsidR="00855B75" w14:paraId="4CD3CAE2" w14:textId="77777777">
        <w:trPr>
          <w:cantSplit/>
          <w:jc w:val="center"/>
        </w:trPr>
        <w:tc>
          <w:tcPr>
            <w:tcW w:w="4320"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50F2AF77" w14:textId="77777777" w:rsidR="00855B75" w:rsidRDefault="00855B75"/>
        </w:tc>
        <w:tc>
          <w:tcPr>
            <w:tcW w:w="11160"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09423ABB" w14:textId="77777777" w:rsidR="00855B75" w:rsidRDefault="00000000">
            <w:r>
              <w:rPr>
                <w:b/>
              </w:rPr>
              <w:t>Onglet « Éligibilité »</w:t>
            </w:r>
          </w:p>
        </w:tc>
      </w:tr>
      <w:tr w:rsidR="00855B75" w14:paraId="49AF0B62" w14:textId="77777777">
        <w:trPr>
          <w:cantSplit/>
          <w:jc w:val="center"/>
        </w:trPr>
        <w:tc>
          <w:tcPr>
            <w:tcW w:w="4320"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741B2DB8" w14:textId="77777777" w:rsidR="00855B75" w:rsidRDefault="00855B75"/>
        </w:tc>
        <w:tc>
          <w:tcPr>
            <w:tcW w:w="11160"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51B5E214" w14:textId="77777777" w:rsidR="00855B75" w:rsidRDefault="00000000">
            <w:r>
              <w:t>9 critères filtrants (Partie A). Le critère A3 (ancrage territorial) est vérifié en priorité. Un seul « Non » sur l'ensemble rend le dossier inéligible, quelle que soit la qualité du projet.</w:t>
            </w:r>
          </w:p>
        </w:tc>
      </w:tr>
      <w:tr w:rsidR="00855B75" w14:paraId="445B94D3" w14:textId="77777777">
        <w:trPr>
          <w:cantSplit/>
          <w:jc w:val="center"/>
        </w:trPr>
        <w:tc>
          <w:tcPr>
            <w:tcW w:w="4320"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5B547A94" w14:textId="77777777" w:rsidR="00855B75" w:rsidRDefault="00855B75"/>
        </w:tc>
        <w:tc>
          <w:tcPr>
            <w:tcW w:w="11160"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52EF60A6" w14:textId="77777777" w:rsidR="00855B75" w:rsidRDefault="00855B75"/>
        </w:tc>
      </w:tr>
      <w:tr w:rsidR="00855B75" w14:paraId="1AB8E7EE" w14:textId="77777777">
        <w:trPr>
          <w:cantSplit/>
          <w:jc w:val="center"/>
        </w:trPr>
        <w:tc>
          <w:tcPr>
            <w:tcW w:w="4320"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0869384D" w14:textId="77777777" w:rsidR="00855B75" w:rsidRDefault="00855B75"/>
        </w:tc>
        <w:tc>
          <w:tcPr>
            <w:tcW w:w="11160"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47A186B0" w14:textId="77777777" w:rsidR="00855B75" w:rsidRDefault="00000000">
            <w:r>
              <w:rPr>
                <w:b/>
              </w:rPr>
              <w:t>Onglet « Grille de notation »</w:t>
            </w:r>
          </w:p>
        </w:tc>
      </w:tr>
      <w:tr w:rsidR="00855B75" w14:paraId="347ADAE5" w14:textId="77777777">
        <w:trPr>
          <w:cantSplit/>
          <w:jc w:val="center"/>
        </w:trPr>
        <w:tc>
          <w:tcPr>
            <w:tcW w:w="4320"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42A64EB5" w14:textId="77777777" w:rsidR="00855B75" w:rsidRDefault="00855B75"/>
        </w:tc>
        <w:tc>
          <w:tcPr>
            <w:tcW w:w="11160"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012646E8" w14:textId="77777777" w:rsidR="00855B75" w:rsidRDefault="00000000">
            <w:r>
              <w:t>7 critères notés sur 100 points (Partie B). Pour chaque critère : une colonne « Ce que le Comité recherche » (aide à la rédaction et à l'évaluation) et une colonne « Votre réponse » à remplir. La colonne « Note » est réservée au Comité de Sélection.</w:t>
            </w:r>
          </w:p>
        </w:tc>
      </w:tr>
      <w:tr w:rsidR="00855B75" w14:paraId="7A791719" w14:textId="77777777">
        <w:trPr>
          <w:cantSplit/>
          <w:jc w:val="center"/>
        </w:trPr>
        <w:tc>
          <w:tcPr>
            <w:tcW w:w="4320"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682C47E6" w14:textId="77777777" w:rsidR="00855B75" w:rsidRDefault="00855B75"/>
        </w:tc>
        <w:tc>
          <w:tcPr>
            <w:tcW w:w="11160"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05CF3D8E" w14:textId="77777777" w:rsidR="00855B75" w:rsidRDefault="00855B75"/>
        </w:tc>
      </w:tr>
      <w:tr w:rsidR="00855B75" w14:paraId="1D581CB5" w14:textId="77777777">
        <w:trPr>
          <w:cantSplit/>
          <w:jc w:val="center"/>
        </w:trPr>
        <w:tc>
          <w:tcPr>
            <w:tcW w:w="4320"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127801DC" w14:textId="77777777" w:rsidR="00855B75" w:rsidRDefault="00855B75"/>
        </w:tc>
        <w:tc>
          <w:tcPr>
            <w:tcW w:w="11160"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20EC1E6E" w14:textId="77777777" w:rsidR="00855B75" w:rsidRDefault="00000000">
            <w:r>
              <w:rPr>
                <w:b/>
              </w:rPr>
              <w:t>Onglet « Budget détaillé »</w:t>
            </w:r>
          </w:p>
        </w:tc>
      </w:tr>
      <w:tr w:rsidR="00855B75" w14:paraId="64DF8A74" w14:textId="77777777">
        <w:trPr>
          <w:cantSplit/>
          <w:jc w:val="center"/>
        </w:trPr>
        <w:tc>
          <w:tcPr>
            <w:tcW w:w="4320"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58520ED0" w14:textId="77777777" w:rsidR="00855B75" w:rsidRDefault="00855B75"/>
        </w:tc>
        <w:tc>
          <w:tcPr>
            <w:tcW w:w="11160"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5F0F3134" w14:textId="77777777" w:rsidR="00855B75" w:rsidRDefault="00000000">
            <w:r>
              <w:t>Budget total compris entre 1 000 $ et 5 000 $ US, frais administratifs de l'organisation hôte plafonnés à 15 % du total.</w:t>
            </w:r>
          </w:p>
        </w:tc>
      </w:tr>
      <w:tr w:rsidR="00855B75" w14:paraId="20E4EF3E" w14:textId="77777777">
        <w:trPr>
          <w:cantSplit/>
          <w:jc w:val="center"/>
        </w:trPr>
        <w:tc>
          <w:tcPr>
            <w:tcW w:w="4320"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6ECF79ED" w14:textId="77777777" w:rsidR="00855B75" w:rsidRDefault="00855B75"/>
        </w:tc>
        <w:tc>
          <w:tcPr>
            <w:tcW w:w="11160"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2885679E" w14:textId="77777777" w:rsidR="00855B75" w:rsidRDefault="00855B75"/>
        </w:tc>
      </w:tr>
      <w:tr w:rsidR="00855B75" w14:paraId="584016AE" w14:textId="77777777">
        <w:trPr>
          <w:cantSplit/>
          <w:jc w:val="center"/>
        </w:trPr>
        <w:tc>
          <w:tcPr>
            <w:tcW w:w="4320"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09BAE502" w14:textId="77777777" w:rsidR="00855B75" w:rsidRDefault="00855B75"/>
        </w:tc>
        <w:tc>
          <w:tcPr>
            <w:tcW w:w="11160"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61F03C24" w14:textId="77777777" w:rsidR="00855B75" w:rsidRDefault="00000000">
            <w:r>
              <w:rPr>
                <w:b/>
              </w:rPr>
              <w:t>Onglet « Cadre logique &amp; calendrier »</w:t>
            </w:r>
          </w:p>
        </w:tc>
      </w:tr>
      <w:tr w:rsidR="00855B75" w14:paraId="21733A07" w14:textId="77777777">
        <w:trPr>
          <w:cantSplit/>
          <w:jc w:val="center"/>
        </w:trPr>
        <w:tc>
          <w:tcPr>
            <w:tcW w:w="4320"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2DB2F6BD" w14:textId="77777777" w:rsidR="00855B75" w:rsidRDefault="00855B75"/>
        </w:tc>
        <w:tc>
          <w:tcPr>
            <w:tcW w:w="11160"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45B08F38" w14:textId="77777777" w:rsidR="00855B75" w:rsidRDefault="00000000">
            <w:r>
              <w:t>Objectifs, activités, indicateurs chiffrés et calendrier, à clôturer avant le 15 avril 2027.</w:t>
            </w:r>
          </w:p>
        </w:tc>
      </w:tr>
      <w:tr w:rsidR="00855B75" w14:paraId="3EC3E172" w14:textId="77777777">
        <w:trPr>
          <w:cantSplit/>
          <w:jc w:val="center"/>
        </w:trPr>
        <w:tc>
          <w:tcPr>
            <w:tcW w:w="4320"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5C85DA7C" w14:textId="77777777" w:rsidR="00855B75" w:rsidRDefault="00855B75"/>
        </w:tc>
        <w:tc>
          <w:tcPr>
            <w:tcW w:w="11160"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161BACE1" w14:textId="77777777" w:rsidR="00855B75" w:rsidRDefault="00855B75"/>
        </w:tc>
      </w:tr>
      <w:tr w:rsidR="00855B75" w14:paraId="45049810" w14:textId="77777777">
        <w:trPr>
          <w:cantSplit/>
          <w:jc w:val="center"/>
        </w:trPr>
        <w:tc>
          <w:tcPr>
            <w:tcW w:w="4320"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7BACA49B" w14:textId="77777777" w:rsidR="00855B75" w:rsidRDefault="00855B75"/>
        </w:tc>
        <w:tc>
          <w:tcPr>
            <w:tcW w:w="11160"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2933D87A" w14:textId="77777777" w:rsidR="00855B75" w:rsidRDefault="00000000">
            <w:r>
              <w:rPr>
                <w:b/>
              </w:rPr>
              <w:t>Légende des couleurs</w:t>
            </w:r>
          </w:p>
        </w:tc>
      </w:tr>
      <w:tr w:rsidR="00855B75" w14:paraId="672680B9" w14:textId="77777777">
        <w:trPr>
          <w:cantSplit/>
          <w:jc w:val="center"/>
        </w:trPr>
        <w:tc>
          <w:tcPr>
            <w:tcW w:w="4320"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5C4A6C30" w14:textId="77777777" w:rsidR="00855B75" w:rsidRDefault="00855B75"/>
        </w:tc>
        <w:tc>
          <w:tcPr>
            <w:tcW w:w="11160"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2E254721" w14:textId="77777777" w:rsidR="00855B75" w:rsidRDefault="00855B75"/>
        </w:tc>
      </w:tr>
      <w:tr w:rsidR="00855B75" w14:paraId="738F61EC" w14:textId="77777777">
        <w:trPr>
          <w:cantSplit/>
          <w:jc w:val="center"/>
        </w:trPr>
        <w:tc>
          <w:tcPr>
            <w:tcW w:w="4320"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4B251AD7" w14:textId="77777777" w:rsidR="00855B75" w:rsidRDefault="00855B75"/>
        </w:tc>
        <w:tc>
          <w:tcPr>
            <w:tcW w:w="11160"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69837794" w14:textId="77777777" w:rsidR="00855B75" w:rsidRDefault="00000000">
            <w:r>
              <w:t>Cellule à remplir par le groupe porteur du projet</w:t>
            </w:r>
          </w:p>
        </w:tc>
      </w:tr>
      <w:tr w:rsidR="00855B75" w14:paraId="105E9563" w14:textId="77777777">
        <w:trPr>
          <w:cantSplit/>
          <w:jc w:val="center"/>
        </w:trPr>
        <w:tc>
          <w:tcPr>
            <w:tcW w:w="4320"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5EAC8FEC" w14:textId="77777777" w:rsidR="00855B75" w:rsidRDefault="00855B75"/>
        </w:tc>
        <w:tc>
          <w:tcPr>
            <w:tcW w:w="11160"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1D1A2DDF" w14:textId="77777777" w:rsidR="00855B75" w:rsidRDefault="00000000">
            <w:r>
              <w:t>Condition préalable — vérifiée en priorité, avant tout le reste</w:t>
            </w:r>
          </w:p>
        </w:tc>
      </w:tr>
      <w:tr w:rsidR="00855B75" w14:paraId="715739F1" w14:textId="77777777">
        <w:trPr>
          <w:cantSplit/>
          <w:jc w:val="center"/>
        </w:trPr>
        <w:tc>
          <w:tcPr>
            <w:tcW w:w="4320"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1795B47C" w14:textId="77777777" w:rsidR="00855B75" w:rsidRDefault="00855B75"/>
        </w:tc>
        <w:tc>
          <w:tcPr>
            <w:tcW w:w="11160"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6539B164" w14:textId="77777777" w:rsidR="00855B75" w:rsidRDefault="00000000">
            <w:r>
              <w:t>Cellule réservée au Comité de Sélection (ne pas remplir)</w:t>
            </w:r>
          </w:p>
        </w:tc>
      </w:tr>
    </w:tbl>
    <w:p w14:paraId="3A56D2FB" w14:textId="77777777" w:rsidR="00855B75" w:rsidRDefault="00000000">
      <w:r>
        <w:br w:type="page"/>
      </w:r>
    </w:p>
    <w:tbl>
      <w:tblPr>
        <w:tblW w:w="0" w:type="auto"/>
        <w:jc w:val="center"/>
        <w:tblLayout w:type="fixed"/>
        <w:tblLook w:val="04A0" w:firstRow="1" w:lastRow="0" w:firstColumn="1" w:lastColumn="0" w:noHBand="0" w:noVBand="1"/>
      </w:tblPr>
      <w:tblGrid>
        <w:gridCol w:w="1584"/>
        <w:gridCol w:w="11807"/>
        <w:gridCol w:w="1584"/>
      </w:tblGrid>
      <w:tr w:rsidR="00855B75" w14:paraId="1B1D2BC8" w14:textId="77777777">
        <w:trPr>
          <w:jc w:val="center"/>
        </w:trPr>
        <w:tc>
          <w:tcPr>
            <w:tcW w:w="1584" w:type="dxa"/>
            <w:vAlign w:val="center"/>
          </w:tcPr>
          <w:p w14:paraId="2FE8A78C" w14:textId="77777777" w:rsidR="00855B75" w:rsidRDefault="00000000">
            <w:pPr>
              <w:spacing w:after="0"/>
            </w:pPr>
            <w:r>
              <w:rPr>
                <w:noProof/>
              </w:rPr>
              <w:drawing>
                <wp:inline distT="0" distB="0" distL="0" distR="0" wp14:anchorId="1135ADBC" wp14:editId="5356C1C3">
                  <wp:extent cx="868680" cy="8686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8-12 at 15.05.23.jpeg"/>
                          <pic:cNvPicPr/>
                        </pic:nvPicPr>
                        <pic:blipFill>
                          <a:blip r:embed="rId8"/>
                          <a:stretch>
                            <a:fillRect/>
                          </a:stretch>
                        </pic:blipFill>
                        <pic:spPr>
                          <a:xfrm>
                            <a:off x="0" y="0"/>
                            <a:ext cx="868680" cy="868680"/>
                          </a:xfrm>
                          <a:prstGeom prst="rect">
                            <a:avLst/>
                          </a:prstGeom>
                        </pic:spPr>
                      </pic:pic>
                    </a:graphicData>
                  </a:graphic>
                </wp:inline>
              </w:drawing>
            </w:r>
          </w:p>
        </w:tc>
        <w:tc>
          <w:tcPr>
            <w:tcW w:w="11807" w:type="dxa"/>
            <w:vAlign w:val="center"/>
          </w:tcPr>
          <w:p w14:paraId="0B7080D3" w14:textId="77777777" w:rsidR="00855B75" w:rsidRDefault="00000000">
            <w:pPr>
              <w:spacing w:after="0"/>
              <w:jc w:val="center"/>
            </w:pPr>
            <w:r>
              <w:rPr>
                <w:b/>
                <w:color w:val="006666"/>
                <w:sz w:val="30"/>
              </w:rPr>
              <w:t>CONSEIL RÉGIONAL DE LA MÉ</w:t>
            </w:r>
            <w:r>
              <w:rPr>
                <w:b/>
                <w:color w:val="006666"/>
                <w:sz w:val="30"/>
              </w:rPr>
              <w:br/>
            </w:r>
            <w:r>
              <w:rPr>
                <w:b/>
              </w:rPr>
              <w:t>APPEL À CANDIDATURES FJAC / YCAF — LA MÉ</w:t>
            </w:r>
            <w:r>
              <w:rPr>
                <w:b/>
              </w:rPr>
              <w:br/>
            </w:r>
            <w:r w:rsidRPr="00B004FF">
              <w:rPr>
                <w:i/>
                <w:color w:val="EE0000"/>
                <w:sz w:val="24"/>
              </w:rPr>
              <w:t>IDENTIFICATION</w:t>
            </w:r>
          </w:p>
        </w:tc>
        <w:tc>
          <w:tcPr>
            <w:tcW w:w="1584" w:type="dxa"/>
            <w:vAlign w:val="center"/>
          </w:tcPr>
          <w:p w14:paraId="760AE5C2" w14:textId="77777777" w:rsidR="00855B75" w:rsidRDefault="00000000">
            <w:pPr>
              <w:spacing w:after="0"/>
              <w:jc w:val="right"/>
            </w:pPr>
            <w:r>
              <w:rPr>
                <w:noProof/>
              </w:rPr>
              <w:drawing>
                <wp:inline distT="0" distB="0" distL="0" distR="0" wp14:anchorId="42544615" wp14:editId="36117137">
                  <wp:extent cx="868680" cy="77908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ONSEL.jpg"/>
                          <pic:cNvPicPr/>
                        </pic:nvPicPr>
                        <pic:blipFill>
                          <a:blip r:embed="rId9"/>
                          <a:stretch>
                            <a:fillRect/>
                          </a:stretch>
                        </pic:blipFill>
                        <pic:spPr>
                          <a:xfrm>
                            <a:off x="0" y="0"/>
                            <a:ext cx="868680" cy="779085"/>
                          </a:xfrm>
                          <a:prstGeom prst="rect">
                            <a:avLst/>
                          </a:prstGeom>
                        </pic:spPr>
                      </pic:pic>
                    </a:graphicData>
                  </a:graphic>
                </wp:inline>
              </w:drawing>
            </w:r>
          </w:p>
        </w:tc>
      </w:tr>
    </w:tbl>
    <w:p w14:paraId="49254523" w14:textId="77777777" w:rsidR="00855B75" w:rsidRDefault="00855B75">
      <w:pPr>
        <w:spacing w:after="0"/>
      </w:pPr>
    </w:p>
    <w:tbl>
      <w:tblPr>
        <w:tblStyle w:val="Grilledutableau"/>
        <w:tblW w:w="0" w:type="auto"/>
        <w:jc w:val="center"/>
        <w:tblLayout w:type="fixed"/>
        <w:tblLook w:val="04A0" w:firstRow="1" w:lastRow="0" w:firstColumn="1" w:lastColumn="0" w:noHBand="0" w:noVBand="1"/>
      </w:tblPr>
      <w:tblGrid>
        <w:gridCol w:w="3960"/>
        <w:gridCol w:w="4464"/>
        <w:gridCol w:w="7056"/>
      </w:tblGrid>
      <w:tr w:rsidR="00855B75" w14:paraId="0EF18D52" w14:textId="77777777">
        <w:trPr>
          <w:cantSplit/>
          <w:trHeight w:val="547"/>
          <w:jc w:val="center"/>
        </w:trPr>
        <w:tc>
          <w:tcPr>
            <w:tcW w:w="15480" w:type="dxa"/>
            <w:gridSpan w:val="3"/>
            <w:tcBorders>
              <w:top w:val="single" w:sz="4" w:space="0" w:color="8C8C8C"/>
              <w:left w:val="single" w:sz="4" w:space="0" w:color="8C8C8C"/>
              <w:bottom w:val="single" w:sz="4" w:space="0" w:color="8C8C8C"/>
              <w:right w:val="single" w:sz="4" w:space="0" w:color="8C8C8C"/>
            </w:tcBorders>
            <w:shd w:val="clear" w:color="auto" w:fill="0B6B68"/>
            <w:tcMar>
              <w:top w:w="70" w:type="dxa"/>
              <w:left w:w="85" w:type="dxa"/>
              <w:bottom w:w="70" w:type="dxa"/>
              <w:right w:w="85" w:type="dxa"/>
            </w:tcMar>
            <w:vAlign w:val="center"/>
          </w:tcPr>
          <w:p w14:paraId="35DA335F" w14:textId="77777777" w:rsidR="00855B75" w:rsidRDefault="00000000">
            <w:pPr>
              <w:jc w:val="center"/>
            </w:pPr>
            <w:r>
              <w:rPr>
                <w:b/>
              </w:rPr>
              <w:t>IDENTIFICATION DU PROJET</w:t>
            </w:r>
          </w:p>
        </w:tc>
      </w:tr>
      <w:tr w:rsidR="00855B75" w14:paraId="6BFE05EF" w14:textId="77777777">
        <w:trPr>
          <w:cantSplit/>
          <w:jc w:val="center"/>
        </w:trPr>
        <w:tc>
          <w:tcPr>
            <w:tcW w:w="15480" w:type="dxa"/>
            <w:gridSpan w:val="3"/>
            <w:tcBorders>
              <w:top w:val="single" w:sz="4" w:space="0" w:color="8C8C8C"/>
              <w:left w:val="single" w:sz="4" w:space="0" w:color="8C8C8C"/>
              <w:bottom w:val="single" w:sz="4" w:space="0" w:color="8C8C8C"/>
              <w:right w:val="single" w:sz="4" w:space="0" w:color="8C8C8C"/>
            </w:tcBorders>
            <w:shd w:val="clear" w:color="auto" w:fill="DCEFEF"/>
            <w:tcMar>
              <w:top w:w="70" w:type="dxa"/>
              <w:left w:w="85" w:type="dxa"/>
              <w:bottom w:w="70" w:type="dxa"/>
              <w:right w:w="85" w:type="dxa"/>
            </w:tcMar>
            <w:vAlign w:val="center"/>
          </w:tcPr>
          <w:p w14:paraId="63C7330B" w14:textId="77777777" w:rsidR="00855B75" w:rsidRDefault="00000000">
            <w:pPr>
              <w:jc w:val="center"/>
            </w:pPr>
            <w:r>
              <w:rPr>
                <w:i/>
              </w:rPr>
              <w:t>Renseignez l'ensemble des champs ci-dessous</w:t>
            </w:r>
          </w:p>
        </w:tc>
      </w:tr>
      <w:tr w:rsidR="00855B75" w14:paraId="623AB8C3" w14:textId="77777777">
        <w:trPr>
          <w:cantSplit/>
          <w:jc w:val="center"/>
        </w:trPr>
        <w:tc>
          <w:tcPr>
            <w:tcW w:w="3960"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0B3692F8" w14:textId="77777777" w:rsidR="00855B75" w:rsidRDefault="00855B75"/>
        </w:tc>
        <w:tc>
          <w:tcPr>
            <w:tcW w:w="4464"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47B0F25C" w14:textId="77777777" w:rsidR="00855B75" w:rsidRDefault="00855B75"/>
        </w:tc>
        <w:tc>
          <w:tcPr>
            <w:tcW w:w="7056"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6A4E8B16" w14:textId="77777777" w:rsidR="00855B75" w:rsidRDefault="00855B75"/>
        </w:tc>
      </w:tr>
      <w:tr w:rsidR="00855B75" w14:paraId="4AC672D3" w14:textId="77777777">
        <w:trPr>
          <w:cantSplit/>
          <w:tblHeader/>
          <w:jc w:val="center"/>
        </w:trPr>
        <w:tc>
          <w:tcPr>
            <w:tcW w:w="3960" w:type="dxa"/>
            <w:tcBorders>
              <w:top w:val="single" w:sz="4" w:space="0" w:color="8C8C8C"/>
              <w:left w:val="single" w:sz="4" w:space="0" w:color="8C8C8C"/>
              <w:bottom w:val="single" w:sz="4" w:space="0" w:color="8C8C8C"/>
              <w:right w:val="single" w:sz="4" w:space="0" w:color="8C8C8C"/>
            </w:tcBorders>
            <w:shd w:val="clear" w:color="auto" w:fill="A8D5BA"/>
            <w:tcMar>
              <w:top w:w="70" w:type="dxa"/>
              <w:left w:w="85" w:type="dxa"/>
              <w:bottom w:w="70" w:type="dxa"/>
              <w:right w:w="85" w:type="dxa"/>
            </w:tcMar>
            <w:vAlign w:val="center"/>
          </w:tcPr>
          <w:p w14:paraId="01CEEEA7" w14:textId="77777777" w:rsidR="00855B75" w:rsidRDefault="00000000">
            <w:pPr>
              <w:jc w:val="center"/>
            </w:pPr>
            <w:r>
              <w:rPr>
                <w:b/>
              </w:rPr>
              <w:t>Champ</w:t>
            </w:r>
          </w:p>
        </w:tc>
        <w:tc>
          <w:tcPr>
            <w:tcW w:w="4464" w:type="dxa"/>
            <w:tcBorders>
              <w:top w:val="single" w:sz="4" w:space="0" w:color="8C8C8C"/>
              <w:left w:val="single" w:sz="4" w:space="0" w:color="8C8C8C"/>
              <w:bottom w:val="single" w:sz="4" w:space="0" w:color="8C8C8C"/>
              <w:right w:val="single" w:sz="4" w:space="0" w:color="8C8C8C"/>
            </w:tcBorders>
            <w:shd w:val="clear" w:color="auto" w:fill="A8D5BA"/>
            <w:tcMar>
              <w:top w:w="70" w:type="dxa"/>
              <w:left w:w="85" w:type="dxa"/>
              <w:bottom w:w="70" w:type="dxa"/>
              <w:right w:w="85" w:type="dxa"/>
            </w:tcMar>
            <w:vAlign w:val="center"/>
          </w:tcPr>
          <w:p w14:paraId="7AA64006" w14:textId="77777777" w:rsidR="00855B75" w:rsidRDefault="00000000">
            <w:pPr>
              <w:jc w:val="center"/>
            </w:pPr>
            <w:r>
              <w:rPr>
                <w:b/>
              </w:rPr>
              <w:t>Votre réponse</w:t>
            </w:r>
          </w:p>
        </w:tc>
        <w:tc>
          <w:tcPr>
            <w:tcW w:w="7056" w:type="dxa"/>
            <w:tcBorders>
              <w:top w:val="single" w:sz="4" w:space="0" w:color="8C8C8C"/>
              <w:left w:val="single" w:sz="4" w:space="0" w:color="8C8C8C"/>
              <w:bottom w:val="single" w:sz="4" w:space="0" w:color="8C8C8C"/>
              <w:right w:val="single" w:sz="4" w:space="0" w:color="8C8C8C"/>
            </w:tcBorders>
            <w:shd w:val="clear" w:color="auto" w:fill="A8D5BA"/>
            <w:tcMar>
              <w:top w:w="70" w:type="dxa"/>
              <w:left w:w="85" w:type="dxa"/>
              <w:bottom w:w="70" w:type="dxa"/>
              <w:right w:w="85" w:type="dxa"/>
            </w:tcMar>
            <w:vAlign w:val="center"/>
          </w:tcPr>
          <w:p w14:paraId="56F331B3" w14:textId="77777777" w:rsidR="00855B75" w:rsidRDefault="00000000">
            <w:pPr>
              <w:jc w:val="center"/>
            </w:pPr>
            <w:r>
              <w:rPr>
                <w:b/>
              </w:rPr>
              <w:t>Exemple / conseil</w:t>
            </w:r>
          </w:p>
        </w:tc>
      </w:tr>
      <w:tr w:rsidR="00855B75" w14:paraId="13170A42" w14:textId="77777777">
        <w:trPr>
          <w:cantSplit/>
          <w:jc w:val="center"/>
        </w:trPr>
        <w:tc>
          <w:tcPr>
            <w:tcW w:w="3960"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3A2FD77A" w14:textId="77777777" w:rsidR="00855B75" w:rsidRDefault="00000000">
            <w:r>
              <w:rPr>
                <w:b/>
              </w:rPr>
              <w:t>Titre du projet</w:t>
            </w:r>
          </w:p>
        </w:tc>
        <w:tc>
          <w:tcPr>
            <w:tcW w:w="4464"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586A4074" w14:textId="77777777" w:rsidR="00855B75" w:rsidRDefault="00855B75"/>
        </w:tc>
        <w:tc>
          <w:tcPr>
            <w:tcW w:w="7056"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7F3799DF" w14:textId="77777777" w:rsidR="00855B75" w:rsidRDefault="00000000">
            <w:r>
              <w:rPr>
                <w:i/>
              </w:rPr>
              <w:t>Court et concret, ex. : « Reboisement des berges de la Comoé à Adzopé »</w:t>
            </w:r>
          </w:p>
        </w:tc>
      </w:tr>
      <w:tr w:rsidR="00855B75" w14:paraId="3D0EA840" w14:textId="77777777">
        <w:trPr>
          <w:cantSplit/>
          <w:jc w:val="center"/>
        </w:trPr>
        <w:tc>
          <w:tcPr>
            <w:tcW w:w="3960"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75F13E65" w14:textId="77777777" w:rsidR="00855B75" w:rsidRDefault="00000000">
            <w:r>
              <w:rPr>
                <w:b/>
              </w:rPr>
              <w:t>Domaine d'action climatique (1 seul parmi les 4 — voir liste ci-dessous)</w:t>
            </w:r>
          </w:p>
        </w:tc>
        <w:tc>
          <w:tcPr>
            <w:tcW w:w="4464"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42F3A047" w14:textId="77777777" w:rsidR="00855B75" w:rsidRDefault="00855B75"/>
        </w:tc>
        <w:tc>
          <w:tcPr>
            <w:tcW w:w="7056"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175899BD" w14:textId="77777777" w:rsidR="00855B75" w:rsidRDefault="00000000">
            <w:r>
              <w:rPr>
                <w:i/>
              </w:rPr>
              <w:t>Recopiez l'intitulé exact du domaine choisi</w:t>
            </w:r>
          </w:p>
        </w:tc>
      </w:tr>
      <w:tr w:rsidR="00855B75" w14:paraId="1F7F44D9" w14:textId="77777777">
        <w:trPr>
          <w:cantSplit/>
          <w:jc w:val="center"/>
        </w:trPr>
        <w:tc>
          <w:tcPr>
            <w:tcW w:w="3960"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765968C0" w14:textId="77777777" w:rsidR="00855B75" w:rsidRDefault="00000000">
            <w:r>
              <w:rPr>
                <w:b/>
              </w:rPr>
              <w:t>Catégorie de candidature (A – mixte / B – jeunes filles / C – jeunes en situation de handicap)</w:t>
            </w:r>
          </w:p>
        </w:tc>
        <w:tc>
          <w:tcPr>
            <w:tcW w:w="4464"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5F149538" w14:textId="77777777" w:rsidR="00855B75" w:rsidRDefault="00855B75"/>
        </w:tc>
        <w:tc>
          <w:tcPr>
            <w:tcW w:w="7056"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33AD6EC5" w14:textId="77777777" w:rsidR="00855B75" w:rsidRDefault="00000000">
            <w:r>
              <w:rPr>
                <w:i/>
              </w:rPr>
              <w:t>Doit correspondre à la composition réelle du groupe</w:t>
            </w:r>
          </w:p>
        </w:tc>
      </w:tr>
      <w:tr w:rsidR="00855B75" w14:paraId="7ACBF40E" w14:textId="77777777">
        <w:trPr>
          <w:cantSplit/>
          <w:jc w:val="center"/>
        </w:trPr>
        <w:tc>
          <w:tcPr>
            <w:tcW w:w="3960"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70810508" w14:textId="77777777" w:rsidR="00855B75" w:rsidRDefault="00000000">
            <w:r>
              <w:rPr>
                <w:b/>
              </w:rPr>
              <w:t>Département et village / quartier d'intervention</w:t>
            </w:r>
          </w:p>
        </w:tc>
        <w:tc>
          <w:tcPr>
            <w:tcW w:w="4464"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20AAF9B2" w14:textId="77777777" w:rsidR="00855B75" w:rsidRDefault="00855B75"/>
        </w:tc>
        <w:tc>
          <w:tcPr>
            <w:tcW w:w="7056"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5A39E9D2" w14:textId="77777777" w:rsidR="00855B75" w:rsidRDefault="00000000">
            <w:r>
              <w:rPr>
                <w:i/>
              </w:rPr>
              <w:t>Soyez précis : nom du village ou du quartier, pas seulement le département</w:t>
            </w:r>
          </w:p>
        </w:tc>
      </w:tr>
      <w:tr w:rsidR="00855B75" w14:paraId="5C6E2345" w14:textId="77777777">
        <w:trPr>
          <w:cantSplit/>
          <w:jc w:val="center"/>
        </w:trPr>
        <w:tc>
          <w:tcPr>
            <w:tcW w:w="3960"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7D5EA3F6" w14:textId="77777777" w:rsidR="00855B75" w:rsidRDefault="00000000">
            <w:r>
              <w:rPr>
                <w:b/>
              </w:rPr>
              <w:t>Nom du porteur principal</w:t>
            </w:r>
          </w:p>
        </w:tc>
        <w:tc>
          <w:tcPr>
            <w:tcW w:w="4464"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32C4FD58" w14:textId="77777777" w:rsidR="00855B75" w:rsidRDefault="00855B75"/>
        </w:tc>
        <w:tc>
          <w:tcPr>
            <w:tcW w:w="7056"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4A37DEE0" w14:textId="77777777" w:rsidR="00855B75" w:rsidRDefault="00855B75"/>
        </w:tc>
      </w:tr>
      <w:tr w:rsidR="00855B75" w14:paraId="06E83D88" w14:textId="77777777">
        <w:trPr>
          <w:cantSplit/>
          <w:jc w:val="center"/>
        </w:trPr>
        <w:tc>
          <w:tcPr>
            <w:tcW w:w="3960"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084BFD7D" w14:textId="77777777" w:rsidR="00855B75" w:rsidRDefault="00000000">
            <w:r>
              <w:rPr>
                <w:b/>
              </w:rPr>
              <w:t>Date de naissance du porteur principal</w:t>
            </w:r>
          </w:p>
        </w:tc>
        <w:tc>
          <w:tcPr>
            <w:tcW w:w="4464"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66485BB5" w14:textId="77777777" w:rsidR="00855B75" w:rsidRDefault="00855B75"/>
        </w:tc>
        <w:tc>
          <w:tcPr>
            <w:tcW w:w="7056"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00F30A8C" w14:textId="77777777" w:rsidR="00855B75" w:rsidRDefault="00000000">
            <w:r>
              <w:rPr>
                <w:i/>
              </w:rPr>
              <w:t>Doit confirmer un âge entre 15 et 24 ans</w:t>
            </w:r>
          </w:p>
        </w:tc>
      </w:tr>
      <w:tr w:rsidR="00855B75" w14:paraId="2195D38C" w14:textId="77777777">
        <w:trPr>
          <w:cantSplit/>
          <w:jc w:val="center"/>
        </w:trPr>
        <w:tc>
          <w:tcPr>
            <w:tcW w:w="3960"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168D4561" w14:textId="77777777" w:rsidR="00855B75" w:rsidRDefault="00000000">
            <w:r>
              <w:rPr>
                <w:b/>
              </w:rPr>
              <w:t>Lieu de résidence du porteur principal</w:t>
            </w:r>
          </w:p>
        </w:tc>
        <w:tc>
          <w:tcPr>
            <w:tcW w:w="4464"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44AB5758" w14:textId="77777777" w:rsidR="00855B75" w:rsidRDefault="00855B75"/>
        </w:tc>
        <w:tc>
          <w:tcPr>
            <w:tcW w:w="7056"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7C429688" w14:textId="77777777" w:rsidR="00855B75" w:rsidRDefault="00000000">
            <w:r>
              <w:rPr>
                <w:i/>
              </w:rPr>
              <w:t>Doit être dans la Région de La Mé</w:t>
            </w:r>
          </w:p>
        </w:tc>
      </w:tr>
      <w:tr w:rsidR="00855B75" w14:paraId="1598CF0F" w14:textId="77777777">
        <w:trPr>
          <w:cantSplit/>
          <w:jc w:val="center"/>
        </w:trPr>
        <w:tc>
          <w:tcPr>
            <w:tcW w:w="3960"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0BE16A52" w14:textId="77777777" w:rsidR="00855B75" w:rsidRDefault="00000000">
            <w:r>
              <w:rPr>
                <w:b/>
              </w:rPr>
              <w:t>Nombre total de jeunes impliqués dans le groupe porteur</w:t>
            </w:r>
          </w:p>
        </w:tc>
        <w:tc>
          <w:tcPr>
            <w:tcW w:w="4464"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61B871B3" w14:textId="77777777" w:rsidR="00855B75" w:rsidRDefault="00855B75"/>
        </w:tc>
        <w:tc>
          <w:tcPr>
            <w:tcW w:w="7056"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7BEEDCC8" w14:textId="77777777" w:rsidR="00855B75" w:rsidRDefault="00855B75"/>
        </w:tc>
      </w:tr>
      <w:tr w:rsidR="00855B75" w14:paraId="66E6D9ED" w14:textId="77777777">
        <w:trPr>
          <w:cantSplit/>
          <w:jc w:val="center"/>
        </w:trPr>
        <w:tc>
          <w:tcPr>
            <w:tcW w:w="3960"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224C233B" w14:textId="77777777" w:rsidR="00855B75" w:rsidRDefault="00000000">
            <w:r>
              <w:rPr>
                <w:b/>
              </w:rPr>
              <w:t>Composition du groupe : filles / garçons / personnes en situation de handicap</w:t>
            </w:r>
          </w:p>
        </w:tc>
        <w:tc>
          <w:tcPr>
            <w:tcW w:w="4464"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5DF04B6C" w14:textId="77777777" w:rsidR="00855B75" w:rsidRDefault="00855B75"/>
        </w:tc>
        <w:tc>
          <w:tcPr>
            <w:tcW w:w="7056"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668A68E4" w14:textId="77777777" w:rsidR="00855B75" w:rsidRDefault="00000000">
            <w:r>
              <w:rPr>
                <w:i/>
              </w:rPr>
              <w:t>Facultatif à préciser, mais valorisé dans la notation (voir critère Inclusion)</w:t>
            </w:r>
          </w:p>
        </w:tc>
      </w:tr>
      <w:tr w:rsidR="00855B75" w14:paraId="072F1B9F" w14:textId="77777777">
        <w:trPr>
          <w:cantSplit/>
          <w:jc w:val="center"/>
        </w:trPr>
        <w:tc>
          <w:tcPr>
            <w:tcW w:w="3960"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414356E7" w14:textId="77777777" w:rsidR="00855B75" w:rsidRDefault="00000000">
            <w:r>
              <w:rPr>
                <w:b/>
              </w:rPr>
              <w:t>Nom de l'organisation hôte</w:t>
            </w:r>
          </w:p>
        </w:tc>
        <w:tc>
          <w:tcPr>
            <w:tcW w:w="4464"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4F69B4C8" w14:textId="77777777" w:rsidR="00855B75" w:rsidRDefault="00855B75"/>
        </w:tc>
        <w:tc>
          <w:tcPr>
            <w:tcW w:w="7056"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254946D5" w14:textId="77777777" w:rsidR="00855B75" w:rsidRDefault="00855B75"/>
        </w:tc>
      </w:tr>
      <w:tr w:rsidR="00855B75" w14:paraId="168FA643" w14:textId="77777777">
        <w:trPr>
          <w:cantSplit/>
          <w:jc w:val="center"/>
        </w:trPr>
        <w:tc>
          <w:tcPr>
            <w:tcW w:w="3960"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354345C1" w14:textId="77777777" w:rsidR="00855B75" w:rsidRDefault="00000000">
            <w:r>
              <w:rPr>
                <w:b/>
              </w:rPr>
              <w:t>Statut juridique de l'organisation hôte</w:t>
            </w:r>
          </w:p>
        </w:tc>
        <w:tc>
          <w:tcPr>
            <w:tcW w:w="4464"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70D7D048" w14:textId="77777777" w:rsidR="00855B75" w:rsidRDefault="00855B75"/>
        </w:tc>
        <w:tc>
          <w:tcPr>
            <w:tcW w:w="7056"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225E4BD3" w14:textId="77777777" w:rsidR="00855B75" w:rsidRDefault="00000000">
            <w:r>
              <w:rPr>
                <w:i/>
              </w:rPr>
              <w:t>Association, ONG, école, structure municipale… (à but non lucratif)</w:t>
            </w:r>
          </w:p>
        </w:tc>
      </w:tr>
      <w:tr w:rsidR="00855B75" w14:paraId="68BB4FD8" w14:textId="77777777">
        <w:trPr>
          <w:cantSplit/>
          <w:jc w:val="center"/>
        </w:trPr>
        <w:tc>
          <w:tcPr>
            <w:tcW w:w="3960"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1FEA0C31" w14:textId="77777777" w:rsidR="00855B75" w:rsidRDefault="00000000">
            <w:r>
              <w:rPr>
                <w:b/>
              </w:rPr>
              <w:t>Numéro de récépissé / statuts de l'organisation hôte</w:t>
            </w:r>
          </w:p>
        </w:tc>
        <w:tc>
          <w:tcPr>
            <w:tcW w:w="4464"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70E281F3" w14:textId="77777777" w:rsidR="00855B75" w:rsidRDefault="00855B75"/>
        </w:tc>
        <w:tc>
          <w:tcPr>
            <w:tcW w:w="7056"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3CA0326D" w14:textId="77777777" w:rsidR="00855B75" w:rsidRDefault="00855B75"/>
        </w:tc>
      </w:tr>
      <w:tr w:rsidR="00855B75" w14:paraId="17DB93C7" w14:textId="77777777">
        <w:trPr>
          <w:cantSplit/>
          <w:jc w:val="center"/>
        </w:trPr>
        <w:tc>
          <w:tcPr>
            <w:tcW w:w="3960"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74F2FFE9" w14:textId="77777777" w:rsidR="00855B75" w:rsidRDefault="00000000">
            <w:r>
              <w:rPr>
                <w:b/>
              </w:rPr>
              <w:t>Nom et fonction du référent au sein de l'organisation hôte</w:t>
            </w:r>
          </w:p>
        </w:tc>
        <w:tc>
          <w:tcPr>
            <w:tcW w:w="4464"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295083CF" w14:textId="77777777" w:rsidR="00855B75" w:rsidRDefault="00855B75"/>
        </w:tc>
        <w:tc>
          <w:tcPr>
            <w:tcW w:w="7056"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10DD60E9" w14:textId="77777777" w:rsidR="00855B75" w:rsidRDefault="00855B75"/>
        </w:tc>
      </w:tr>
      <w:tr w:rsidR="00855B75" w14:paraId="2137E0A6" w14:textId="77777777">
        <w:trPr>
          <w:cantSplit/>
          <w:jc w:val="center"/>
        </w:trPr>
        <w:tc>
          <w:tcPr>
            <w:tcW w:w="3960"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5DC0F78F" w14:textId="77777777" w:rsidR="00855B75" w:rsidRDefault="00000000">
            <w:r>
              <w:rPr>
                <w:b/>
              </w:rPr>
              <w:t>Contact téléphonique du porteur principal</w:t>
            </w:r>
          </w:p>
        </w:tc>
        <w:tc>
          <w:tcPr>
            <w:tcW w:w="4464"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4EE6009D" w14:textId="77777777" w:rsidR="00855B75" w:rsidRDefault="00855B75"/>
        </w:tc>
        <w:tc>
          <w:tcPr>
            <w:tcW w:w="7056"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68B274CE" w14:textId="77777777" w:rsidR="00855B75" w:rsidRDefault="00855B75"/>
        </w:tc>
      </w:tr>
      <w:tr w:rsidR="00855B75" w14:paraId="3C2B693D" w14:textId="77777777">
        <w:trPr>
          <w:cantSplit/>
          <w:jc w:val="center"/>
        </w:trPr>
        <w:tc>
          <w:tcPr>
            <w:tcW w:w="3960"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77B203AA" w14:textId="77777777" w:rsidR="00855B75" w:rsidRDefault="00000000">
            <w:r>
              <w:rPr>
                <w:b/>
              </w:rPr>
              <w:t>Contact téléphonique de l'organisation hôte</w:t>
            </w:r>
          </w:p>
        </w:tc>
        <w:tc>
          <w:tcPr>
            <w:tcW w:w="4464"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034375EA" w14:textId="77777777" w:rsidR="00855B75" w:rsidRDefault="00855B75"/>
        </w:tc>
        <w:tc>
          <w:tcPr>
            <w:tcW w:w="7056"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4E0F4DE0" w14:textId="77777777" w:rsidR="00855B75" w:rsidRDefault="00855B75"/>
        </w:tc>
      </w:tr>
      <w:tr w:rsidR="00855B75" w14:paraId="300FCC93" w14:textId="77777777">
        <w:trPr>
          <w:cantSplit/>
          <w:jc w:val="center"/>
        </w:trPr>
        <w:tc>
          <w:tcPr>
            <w:tcW w:w="3960"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687111FD" w14:textId="77777777" w:rsidR="00855B75" w:rsidRDefault="00000000">
            <w:r>
              <w:rPr>
                <w:b/>
              </w:rPr>
              <w:t>Date de début envisagée</w:t>
            </w:r>
          </w:p>
        </w:tc>
        <w:tc>
          <w:tcPr>
            <w:tcW w:w="4464"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54CC0607" w14:textId="77777777" w:rsidR="00855B75" w:rsidRDefault="00855B75"/>
        </w:tc>
        <w:tc>
          <w:tcPr>
            <w:tcW w:w="7056"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321022B2" w14:textId="77777777" w:rsidR="00855B75" w:rsidRDefault="00855B75"/>
        </w:tc>
      </w:tr>
      <w:tr w:rsidR="00855B75" w14:paraId="461EB6DD" w14:textId="77777777">
        <w:trPr>
          <w:cantSplit/>
          <w:jc w:val="center"/>
        </w:trPr>
        <w:tc>
          <w:tcPr>
            <w:tcW w:w="3960"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6927E8EF" w14:textId="77777777" w:rsidR="00855B75" w:rsidRDefault="00000000">
            <w:r>
              <w:rPr>
                <w:b/>
              </w:rPr>
              <w:t>Date de clôture envisagée</w:t>
            </w:r>
          </w:p>
        </w:tc>
        <w:tc>
          <w:tcPr>
            <w:tcW w:w="4464"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3B20083E" w14:textId="77777777" w:rsidR="00855B75" w:rsidRDefault="00855B75"/>
        </w:tc>
        <w:tc>
          <w:tcPr>
            <w:tcW w:w="7056"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56E9102F" w14:textId="77777777" w:rsidR="00855B75" w:rsidRDefault="00000000">
            <w:r>
              <w:rPr>
                <w:i/>
              </w:rPr>
              <w:t>Doit être avant le 15 avril 2027</w:t>
            </w:r>
          </w:p>
        </w:tc>
      </w:tr>
      <w:tr w:rsidR="00855B75" w14:paraId="68C60754" w14:textId="77777777">
        <w:trPr>
          <w:cantSplit/>
          <w:jc w:val="center"/>
        </w:trPr>
        <w:tc>
          <w:tcPr>
            <w:tcW w:w="3960"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235A0352" w14:textId="77777777" w:rsidR="00855B75" w:rsidRDefault="00855B75"/>
        </w:tc>
        <w:tc>
          <w:tcPr>
            <w:tcW w:w="4464"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4F3E1BC2" w14:textId="77777777" w:rsidR="00855B75" w:rsidRDefault="00855B75"/>
        </w:tc>
        <w:tc>
          <w:tcPr>
            <w:tcW w:w="7056"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1CBBB972" w14:textId="77777777" w:rsidR="00855B75" w:rsidRDefault="00855B75"/>
        </w:tc>
      </w:tr>
      <w:tr w:rsidR="00855B75" w14:paraId="6D7E571C" w14:textId="77777777">
        <w:trPr>
          <w:cantSplit/>
          <w:jc w:val="center"/>
        </w:trPr>
        <w:tc>
          <w:tcPr>
            <w:tcW w:w="15480" w:type="dxa"/>
            <w:gridSpan w:val="3"/>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10141535" w14:textId="77777777" w:rsidR="00855B75" w:rsidRDefault="00000000">
            <w:r>
              <w:rPr>
                <w:b/>
              </w:rPr>
              <w:t>LES 4 DOMAINES DE L'APPEL À CANDIDATURES</w:t>
            </w:r>
          </w:p>
        </w:tc>
      </w:tr>
      <w:tr w:rsidR="00855B75" w14:paraId="4DA97AC1" w14:textId="77777777">
        <w:trPr>
          <w:cantSplit/>
          <w:jc w:val="center"/>
        </w:trPr>
        <w:tc>
          <w:tcPr>
            <w:tcW w:w="3960"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22E0CA9B" w14:textId="77777777" w:rsidR="00855B75" w:rsidRDefault="00000000">
            <w:r>
              <w:rPr>
                <w:b/>
              </w:rPr>
              <w:t>1. Reboisement, agriculture durable et systèmes alimentaires</w:t>
            </w:r>
          </w:p>
        </w:tc>
        <w:tc>
          <w:tcPr>
            <w:tcW w:w="4464"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24C9527C" w14:textId="77777777" w:rsidR="00855B75" w:rsidRDefault="00855B75"/>
        </w:tc>
        <w:tc>
          <w:tcPr>
            <w:tcW w:w="7056"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5A6E1F09" w14:textId="77777777" w:rsidR="00855B75" w:rsidRDefault="00000000">
            <w:r>
              <w:rPr>
                <w:i/>
              </w:rPr>
              <w:t>Ex. : plantation d'arbres, culture associée, jardin communautaire, ferme urbaine</w:t>
            </w:r>
          </w:p>
        </w:tc>
      </w:tr>
      <w:tr w:rsidR="00855B75" w14:paraId="42AA084E" w14:textId="77777777">
        <w:trPr>
          <w:cantSplit/>
          <w:jc w:val="center"/>
        </w:trPr>
        <w:tc>
          <w:tcPr>
            <w:tcW w:w="3960"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79D719D3" w14:textId="77777777" w:rsidR="00855B75" w:rsidRDefault="00000000">
            <w:r>
              <w:rPr>
                <w:b/>
              </w:rPr>
              <w:t>2. Gestion des déchets, économie circulaire et gouvernance climatique</w:t>
            </w:r>
          </w:p>
        </w:tc>
        <w:tc>
          <w:tcPr>
            <w:tcW w:w="4464"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4C069A14" w14:textId="77777777" w:rsidR="00855B75" w:rsidRDefault="00855B75"/>
        </w:tc>
        <w:tc>
          <w:tcPr>
            <w:tcW w:w="7056"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3451D6CB" w14:textId="77777777" w:rsidR="00855B75" w:rsidRDefault="00000000">
            <w:r>
              <w:rPr>
                <w:i/>
              </w:rPr>
              <w:t>Ex. : compostage, tri des déchets, recyclage, dialogue jeunesse-autorités locales</w:t>
            </w:r>
          </w:p>
        </w:tc>
      </w:tr>
      <w:tr w:rsidR="00855B75" w14:paraId="63E7967B" w14:textId="77777777">
        <w:trPr>
          <w:cantSplit/>
          <w:jc w:val="center"/>
        </w:trPr>
        <w:tc>
          <w:tcPr>
            <w:tcW w:w="3960"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100D7B05" w14:textId="77777777" w:rsidR="00855B75" w:rsidRDefault="00000000">
            <w:r>
              <w:rPr>
                <w:b/>
              </w:rPr>
              <w:t>3. Éducation, sensibilisation et adaptation au changement climatique</w:t>
            </w:r>
          </w:p>
        </w:tc>
        <w:tc>
          <w:tcPr>
            <w:tcW w:w="4464"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70352AC2" w14:textId="77777777" w:rsidR="00855B75" w:rsidRDefault="00855B75"/>
        </w:tc>
        <w:tc>
          <w:tcPr>
            <w:tcW w:w="7056"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42B63A4E" w14:textId="77777777" w:rsidR="00855B75" w:rsidRDefault="00000000">
            <w:r>
              <w:rPr>
                <w:i/>
              </w:rPr>
              <w:t>Ex. : fresque climatique, théâtre, foyers améliorés, collecte d'eau de pluie</w:t>
            </w:r>
          </w:p>
        </w:tc>
      </w:tr>
      <w:tr w:rsidR="00855B75" w14:paraId="3CA0FA65" w14:textId="77777777">
        <w:trPr>
          <w:cantSplit/>
          <w:jc w:val="center"/>
        </w:trPr>
        <w:tc>
          <w:tcPr>
            <w:tcW w:w="3960"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4684C5D9" w14:textId="77777777" w:rsidR="00855B75" w:rsidRDefault="00000000">
            <w:r>
              <w:rPr>
                <w:b/>
              </w:rPr>
              <w:t>4. Recherche et collecte de données</w:t>
            </w:r>
          </w:p>
        </w:tc>
        <w:tc>
          <w:tcPr>
            <w:tcW w:w="4464"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6EA6F583" w14:textId="77777777" w:rsidR="00855B75" w:rsidRDefault="00855B75"/>
        </w:tc>
        <w:tc>
          <w:tcPr>
            <w:tcW w:w="7056"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1625A112" w14:textId="77777777" w:rsidR="00855B75" w:rsidRDefault="00000000">
            <w:r>
              <w:rPr>
                <w:i/>
              </w:rPr>
              <w:t>Ex. : enquête de terrain, cartographie, capteurs communautaires, données locales</w:t>
            </w:r>
          </w:p>
        </w:tc>
      </w:tr>
    </w:tbl>
    <w:p w14:paraId="06B2B9C7" w14:textId="77777777" w:rsidR="00855B75" w:rsidRDefault="00000000">
      <w:r>
        <w:br w:type="page"/>
      </w:r>
    </w:p>
    <w:tbl>
      <w:tblPr>
        <w:tblW w:w="0" w:type="auto"/>
        <w:jc w:val="center"/>
        <w:tblLayout w:type="fixed"/>
        <w:tblLook w:val="04A0" w:firstRow="1" w:lastRow="0" w:firstColumn="1" w:lastColumn="0" w:noHBand="0" w:noVBand="1"/>
      </w:tblPr>
      <w:tblGrid>
        <w:gridCol w:w="1584"/>
        <w:gridCol w:w="11807"/>
        <w:gridCol w:w="1584"/>
      </w:tblGrid>
      <w:tr w:rsidR="00855B75" w14:paraId="325E9A85" w14:textId="77777777">
        <w:trPr>
          <w:jc w:val="center"/>
        </w:trPr>
        <w:tc>
          <w:tcPr>
            <w:tcW w:w="1584" w:type="dxa"/>
            <w:vAlign w:val="center"/>
          </w:tcPr>
          <w:p w14:paraId="118DCCE8" w14:textId="77777777" w:rsidR="00855B75" w:rsidRDefault="00000000">
            <w:pPr>
              <w:spacing w:after="0"/>
            </w:pPr>
            <w:r>
              <w:rPr>
                <w:noProof/>
              </w:rPr>
              <w:drawing>
                <wp:inline distT="0" distB="0" distL="0" distR="0" wp14:anchorId="56311FCC" wp14:editId="359DC6A0">
                  <wp:extent cx="868680" cy="86868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8-12 at 15.05.23.jpeg"/>
                          <pic:cNvPicPr/>
                        </pic:nvPicPr>
                        <pic:blipFill>
                          <a:blip r:embed="rId8"/>
                          <a:stretch>
                            <a:fillRect/>
                          </a:stretch>
                        </pic:blipFill>
                        <pic:spPr>
                          <a:xfrm>
                            <a:off x="0" y="0"/>
                            <a:ext cx="868680" cy="868680"/>
                          </a:xfrm>
                          <a:prstGeom prst="rect">
                            <a:avLst/>
                          </a:prstGeom>
                        </pic:spPr>
                      </pic:pic>
                    </a:graphicData>
                  </a:graphic>
                </wp:inline>
              </w:drawing>
            </w:r>
          </w:p>
        </w:tc>
        <w:tc>
          <w:tcPr>
            <w:tcW w:w="11807" w:type="dxa"/>
            <w:vAlign w:val="center"/>
          </w:tcPr>
          <w:p w14:paraId="07FA89F2" w14:textId="77777777" w:rsidR="00855B75" w:rsidRDefault="00000000">
            <w:pPr>
              <w:spacing w:after="0"/>
              <w:jc w:val="center"/>
            </w:pPr>
            <w:r>
              <w:rPr>
                <w:b/>
                <w:color w:val="006666"/>
                <w:sz w:val="30"/>
              </w:rPr>
              <w:t>CONSEIL RÉGIONAL DE LA MÉ</w:t>
            </w:r>
            <w:r>
              <w:rPr>
                <w:b/>
                <w:color w:val="006666"/>
                <w:sz w:val="30"/>
              </w:rPr>
              <w:br/>
            </w:r>
            <w:r>
              <w:rPr>
                <w:b/>
              </w:rPr>
              <w:t>APPEL À CANDIDATURES FJAC / YCAF — LA MÉ</w:t>
            </w:r>
            <w:r>
              <w:rPr>
                <w:b/>
              </w:rPr>
              <w:br/>
            </w:r>
            <w:r w:rsidRPr="00B004FF">
              <w:rPr>
                <w:i/>
                <w:color w:val="EE0000"/>
                <w:sz w:val="24"/>
              </w:rPr>
              <w:t>ELIGIBILITE</w:t>
            </w:r>
          </w:p>
        </w:tc>
        <w:tc>
          <w:tcPr>
            <w:tcW w:w="1584" w:type="dxa"/>
            <w:vAlign w:val="center"/>
          </w:tcPr>
          <w:p w14:paraId="318ABC17" w14:textId="77777777" w:rsidR="00855B75" w:rsidRDefault="00000000">
            <w:pPr>
              <w:spacing w:after="0"/>
              <w:jc w:val="right"/>
            </w:pPr>
            <w:r>
              <w:rPr>
                <w:noProof/>
              </w:rPr>
              <w:drawing>
                <wp:inline distT="0" distB="0" distL="0" distR="0" wp14:anchorId="00D9C916" wp14:editId="3E04061E">
                  <wp:extent cx="868680" cy="77908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ONSEL.jpg"/>
                          <pic:cNvPicPr/>
                        </pic:nvPicPr>
                        <pic:blipFill>
                          <a:blip r:embed="rId9"/>
                          <a:stretch>
                            <a:fillRect/>
                          </a:stretch>
                        </pic:blipFill>
                        <pic:spPr>
                          <a:xfrm>
                            <a:off x="0" y="0"/>
                            <a:ext cx="868680" cy="779085"/>
                          </a:xfrm>
                          <a:prstGeom prst="rect">
                            <a:avLst/>
                          </a:prstGeom>
                        </pic:spPr>
                      </pic:pic>
                    </a:graphicData>
                  </a:graphic>
                </wp:inline>
              </w:drawing>
            </w:r>
          </w:p>
        </w:tc>
      </w:tr>
    </w:tbl>
    <w:p w14:paraId="725AA3D3" w14:textId="77777777" w:rsidR="00855B75" w:rsidRDefault="00855B75">
      <w:pPr>
        <w:spacing w:after="0"/>
      </w:pPr>
    </w:p>
    <w:tbl>
      <w:tblPr>
        <w:tblStyle w:val="Grilledutableau"/>
        <w:tblW w:w="0" w:type="auto"/>
        <w:jc w:val="center"/>
        <w:tblLayout w:type="fixed"/>
        <w:tblLook w:val="04A0" w:firstRow="1" w:lastRow="0" w:firstColumn="1" w:lastColumn="0" w:noHBand="0" w:noVBand="1"/>
      </w:tblPr>
      <w:tblGrid>
        <w:gridCol w:w="936"/>
        <w:gridCol w:w="4680"/>
        <w:gridCol w:w="4536"/>
        <w:gridCol w:w="2304"/>
        <w:gridCol w:w="3024"/>
      </w:tblGrid>
      <w:tr w:rsidR="00855B75" w14:paraId="6860FADC" w14:textId="77777777">
        <w:trPr>
          <w:cantSplit/>
          <w:trHeight w:val="547"/>
          <w:jc w:val="center"/>
        </w:trPr>
        <w:tc>
          <w:tcPr>
            <w:tcW w:w="15480" w:type="dxa"/>
            <w:gridSpan w:val="5"/>
            <w:tcBorders>
              <w:top w:val="single" w:sz="4" w:space="0" w:color="8C8C8C"/>
              <w:left w:val="single" w:sz="4" w:space="0" w:color="8C8C8C"/>
              <w:bottom w:val="single" w:sz="4" w:space="0" w:color="8C8C8C"/>
              <w:right w:val="single" w:sz="4" w:space="0" w:color="8C8C8C"/>
            </w:tcBorders>
            <w:shd w:val="clear" w:color="auto" w:fill="0B6B68"/>
            <w:tcMar>
              <w:top w:w="70" w:type="dxa"/>
              <w:left w:w="85" w:type="dxa"/>
              <w:bottom w:w="70" w:type="dxa"/>
              <w:right w:w="85" w:type="dxa"/>
            </w:tcMar>
            <w:vAlign w:val="center"/>
          </w:tcPr>
          <w:p w14:paraId="1A4BC8BF" w14:textId="77777777" w:rsidR="00855B75" w:rsidRDefault="00000000">
            <w:pPr>
              <w:jc w:val="center"/>
            </w:pPr>
            <w:r>
              <w:rPr>
                <w:b/>
              </w:rPr>
              <w:t>CRITÈRES D'ÉLIGIBILITÉ (PARTIE A)</w:t>
            </w:r>
          </w:p>
        </w:tc>
      </w:tr>
      <w:tr w:rsidR="00855B75" w14:paraId="5F11AD64" w14:textId="77777777">
        <w:trPr>
          <w:cantSplit/>
          <w:jc w:val="center"/>
        </w:trPr>
        <w:tc>
          <w:tcPr>
            <w:tcW w:w="15480" w:type="dxa"/>
            <w:gridSpan w:val="5"/>
            <w:tcBorders>
              <w:top w:val="single" w:sz="4" w:space="0" w:color="8C8C8C"/>
              <w:left w:val="single" w:sz="4" w:space="0" w:color="8C8C8C"/>
              <w:bottom w:val="single" w:sz="4" w:space="0" w:color="8C8C8C"/>
              <w:right w:val="single" w:sz="4" w:space="0" w:color="8C8C8C"/>
            </w:tcBorders>
            <w:shd w:val="clear" w:color="auto" w:fill="DCEFEF"/>
            <w:tcMar>
              <w:top w:w="70" w:type="dxa"/>
              <w:left w:w="85" w:type="dxa"/>
              <w:bottom w:w="70" w:type="dxa"/>
              <w:right w:w="85" w:type="dxa"/>
            </w:tcMar>
            <w:vAlign w:val="center"/>
          </w:tcPr>
          <w:p w14:paraId="6B84C1F4" w14:textId="77777777" w:rsidR="00855B75" w:rsidRDefault="00000000">
            <w:pPr>
              <w:jc w:val="center"/>
            </w:pPr>
            <w:r>
              <w:rPr>
                <w:i/>
              </w:rPr>
              <w:t>Le critère A3 est une condition préalable, vérifiée en priorité. Un seul « Non » ailleurs rend le dossier inéligible.</w:t>
            </w:r>
          </w:p>
        </w:tc>
      </w:tr>
      <w:tr w:rsidR="00855B75" w14:paraId="28EE4452" w14:textId="77777777">
        <w:trPr>
          <w:cantSplit/>
          <w:jc w:val="center"/>
        </w:trPr>
        <w:tc>
          <w:tcPr>
            <w:tcW w:w="936"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4435C9FE" w14:textId="77777777" w:rsidR="00855B75" w:rsidRDefault="00855B75"/>
        </w:tc>
        <w:tc>
          <w:tcPr>
            <w:tcW w:w="4680"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5E92E7FE" w14:textId="77777777" w:rsidR="00855B75" w:rsidRDefault="00855B75"/>
        </w:tc>
        <w:tc>
          <w:tcPr>
            <w:tcW w:w="4536"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44DAE97E" w14:textId="77777777" w:rsidR="00855B75" w:rsidRDefault="00855B75"/>
        </w:tc>
        <w:tc>
          <w:tcPr>
            <w:tcW w:w="2304"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1D3C6808" w14:textId="77777777" w:rsidR="00855B75" w:rsidRDefault="00855B75"/>
        </w:tc>
        <w:tc>
          <w:tcPr>
            <w:tcW w:w="3024"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316FCBE8" w14:textId="77777777" w:rsidR="00855B75" w:rsidRDefault="00855B75"/>
        </w:tc>
      </w:tr>
      <w:tr w:rsidR="00855B75" w14:paraId="3650470A" w14:textId="77777777">
        <w:trPr>
          <w:cantSplit/>
          <w:tblHeader/>
          <w:jc w:val="center"/>
        </w:trPr>
        <w:tc>
          <w:tcPr>
            <w:tcW w:w="936" w:type="dxa"/>
            <w:tcBorders>
              <w:top w:val="single" w:sz="4" w:space="0" w:color="8C8C8C"/>
              <w:left w:val="single" w:sz="4" w:space="0" w:color="8C8C8C"/>
              <w:bottom w:val="single" w:sz="4" w:space="0" w:color="8C8C8C"/>
              <w:right w:val="single" w:sz="4" w:space="0" w:color="8C8C8C"/>
            </w:tcBorders>
            <w:shd w:val="clear" w:color="auto" w:fill="A8D5BA"/>
            <w:tcMar>
              <w:top w:w="70" w:type="dxa"/>
              <w:left w:w="85" w:type="dxa"/>
              <w:bottom w:w="70" w:type="dxa"/>
              <w:right w:w="85" w:type="dxa"/>
            </w:tcMar>
            <w:vAlign w:val="center"/>
          </w:tcPr>
          <w:p w14:paraId="57BFCABD" w14:textId="77777777" w:rsidR="00855B75" w:rsidRDefault="00000000">
            <w:pPr>
              <w:jc w:val="center"/>
            </w:pPr>
            <w:r>
              <w:rPr>
                <w:b/>
              </w:rPr>
              <w:t>N°</w:t>
            </w:r>
          </w:p>
        </w:tc>
        <w:tc>
          <w:tcPr>
            <w:tcW w:w="4680" w:type="dxa"/>
            <w:tcBorders>
              <w:top w:val="single" w:sz="4" w:space="0" w:color="8C8C8C"/>
              <w:left w:val="single" w:sz="4" w:space="0" w:color="8C8C8C"/>
              <w:bottom w:val="single" w:sz="4" w:space="0" w:color="8C8C8C"/>
              <w:right w:val="single" w:sz="4" w:space="0" w:color="8C8C8C"/>
            </w:tcBorders>
            <w:shd w:val="clear" w:color="auto" w:fill="A8D5BA"/>
            <w:tcMar>
              <w:top w:w="70" w:type="dxa"/>
              <w:left w:w="85" w:type="dxa"/>
              <w:bottom w:w="70" w:type="dxa"/>
              <w:right w:w="85" w:type="dxa"/>
            </w:tcMar>
            <w:vAlign w:val="center"/>
          </w:tcPr>
          <w:p w14:paraId="73D1A367" w14:textId="77777777" w:rsidR="00855B75" w:rsidRDefault="00000000">
            <w:pPr>
              <w:jc w:val="center"/>
            </w:pPr>
            <w:r>
              <w:rPr>
                <w:b/>
              </w:rPr>
              <w:t>Critère</w:t>
            </w:r>
          </w:p>
        </w:tc>
        <w:tc>
          <w:tcPr>
            <w:tcW w:w="4536" w:type="dxa"/>
            <w:tcBorders>
              <w:top w:val="single" w:sz="4" w:space="0" w:color="8C8C8C"/>
              <w:left w:val="single" w:sz="4" w:space="0" w:color="8C8C8C"/>
              <w:bottom w:val="single" w:sz="4" w:space="0" w:color="8C8C8C"/>
              <w:right w:val="single" w:sz="4" w:space="0" w:color="8C8C8C"/>
            </w:tcBorders>
            <w:shd w:val="clear" w:color="auto" w:fill="A8D5BA"/>
            <w:tcMar>
              <w:top w:w="70" w:type="dxa"/>
              <w:left w:w="85" w:type="dxa"/>
              <w:bottom w:w="70" w:type="dxa"/>
              <w:right w:w="85" w:type="dxa"/>
            </w:tcMar>
            <w:vAlign w:val="center"/>
          </w:tcPr>
          <w:p w14:paraId="4C769217" w14:textId="77777777" w:rsidR="00855B75" w:rsidRDefault="00000000">
            <w:pPr>
              <w:jc w:val="center"/>
            </w:pPr>
            <w:r>
              <w:rPr>
                <w:b/>
              </w:rPr>
              <w:t>Ce qu'il faut fournir</w:t>
            </w:r>
          </w:p>
        </w:tc>
        <w:tc>
          <w:tcPr>
            <w:tcW w:w="2304" w:type="dxa"/>
            <w:tcBorders>
              <w:top w:val="single" w:sz="4" w:space="0" w:color="8C8C8C"/>
              <w:left w:val="single" w:sz="4" w:space="0" w:color="8C8C8C"/>
              <w:bottom w:val="single" w:sz="4" w:space="0" w:color="8C8C8C"/>
              <w:right w:val="single" w:sz="4" w:space="0" w:color="8C8C8C"/>
            </w:tcBorders>
            <w:shd w:val="clear" w:color="auto" w:fill="A8D5BA"/>
            <w:tcMar>
              <w:top w:w="70" w:type="dxa"/>
              <w:left w:w="85" w:type="dxa"/>
              <w:bottom w:w="70" w:type="dxa"/>
              <w:right w:w="85" w:type="dxa"/>
            </w:tcMar>
            <w:vAlign w:val="center"/>
          </w:tcPr>
          <w:p w14:paraId="7BCF56F1" w14:textId="77777777" w:rsidR="00855B75" w:rsidRDefault="00000000">
            <w:pPr>
              <w:jc w:val="center"/>
            </w:pPr>
            <w:r>
              <w:rPr>
                <w:b/>
              </w:rPr>
              <w:t>Statut (Oui/Non)</w:t>
            </w:r>
          </w:p>
        </w:tc>
        <w:tc>
          <w:tcPr>
            <w:tcW w:w="3024" w:type="dxa"/>
            <w:tcBorders>
              <w:top w:val="single" w:sz="4" w:space="0" w:color="8C8C8C"/>
              <w:left w:val="single" w:sz="4" w:space="0" w:color="8C8C8C"/>
              <w:bottom w:val="single" w:sz="4" w:space="0" w:color="8C8C8C"/>
              <w:right w:val="single" w:sz="4" w:space="0" w:color="8C8C8C"/>
            </w:tcBorders>
            <w:shd w:val="clear" w:color="auto" w:fill="A8D5BA"/>
            <w:tcMar>
              <w:top w:w="70" w:type="dxa"/>
              <w:left w:w="85" w:type="dxa"/>
              <w:bottom w:w="70" w:type="dxa"/>
              <w:right w:w="85" w:type="dxa"/>
            </w:tcMar>
            <w:vAlign w:val="center"/>
          </w:tcPr>
          <w:p w14:paraId="5C474C8B" w14:textId="77777777" w:rsidR="00855B75" w:rsidRDefault="00000000">
            <w:pPr>
              <w:jc w:val="center"/>
            </w:pPr>
            <w:r>
              <w:rPr>
                <w:b/>
              </w:rPr>
              <w:t>Référence du justificatif</w:t>
            </w:r>
          </w:p>
        </w:tc>
      </w:tr>
      <w:tr w:rsidR="00855B75" w14:paraId="352D23D9" w14:textId="77777777">
        <w:trPr>
          <w:cantSplit/>
          <w:jc w:val="center"/>
        </w:trPr>
        <w:tc>
          <w:tcPr>
            <w:tcW w:w="936"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40C21C9B" w14:textId="77777777" w:rsidR="00855B75" w:rsidRDefault="00000000">
            <w:r>
              <w:rPr>
                <w:b/>
              </w:rPr>
              <w:t>A1</w:t>
            </w:r>
          </w:p>
        </w:tc>
        <w:tc>
          <w:tcPr>
            <w:tcW w:w="4680"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71D03535" w14:textId="77777777" w:rsidR="00855B75" w:rsidRDefault="00000000">
            <w:r>
              <w:t>Le porteur principal a entre 15 et 24 ans</w:t>
            </w:r>
          </w:p>
        </w:tc>
        <w:tc>
          <w:tcPr>
            <w:tcW w:w="4536"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5B96165B" w14:textId="77777777" w:rsidR="00855B75" w:rsidRDefault="00000000">
            <w:r>
              <w:rPr>
                <w:i/>
              </w:rPr>
              <w:t>Extrait de naissance ou pièce d'identité</w:t>
            </w:r>
          </w:p>
        </w:tc>
        <w:tc>
          <w:tcPr>
            <w:tcW w:w="2304"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27E494AD" w14:textId="77777777" w:rsidR="00855B75" w:rsidRDefault="00855B75"/>
        </w:tc>
        <w:tc>
          <w:tcPr>
            <w:tcW w:w="3024"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07286EBE" w14:textId="77777777" w:rsidR="00855B75" w:rsidRDefault="00855B75"/>
        </w:tc>
      </w:tr>
      <w:tr w:rsidR="00855B75" w14:paraId="1D38E987" w14:textId="77777777">
        <w:trPr>
          <w:cantSplit/>
          <w:jc w:val="center"/>
        </w:trPr>
        <w:tc>
          <w:tcPr>
            <w:tcW w:w="936"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1FC517D9" w14:textId="77777777" w:rsidR="00855B75" w:rsidRDefault="00000000">
            <w:r>
              <w:rPr>
                <w:b/>
              </w:rPr>
              <w:t>A2</w:t>
            </w:r>
          </w:p>
        </w:tc>
        <w:tc>
          <w:tcPr>
            <w:tcW w:w="4680"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67309567" w14:textId="77777777" w:rsidR="00855B75" w:rsidRDefault="00000000">
            <w:r>
              <w:t>Le porteur principal réside dans la Région de La Mé</w:t>
            </w:r>
          </w:p>
        </w:tc>
        <w:tc>
          <w:tcPr>
            <w:tcW w:w="4536"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4DE08BC0" w14:textId="77777777" w:rsidR="00855B75" w:rsidRDefault="00000000">
            <w:r>
              <w:rPr>
                <w:i/>
              </w:rPr>
              <w:t>Attestation ou pièce justifiant la résidence</w:t>
            </w:r>
          </w:p>
        </w:tc>
        <w:tc>
          <w:tcPr>
            <w:tcW w:w="2304"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3A5E1DD7" w14:textId="77777777" w:rsidR="00855B75" w:rsidRDefault="00855B75"/>
        </w:tc>
        <w:tc>
          <w:tcPr>
            <w:tcW w:w="3024"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47AB99D2" w14:textId="77777777" w:rsidR="00855B75" w:rsidRDefault="00855B75"/>
        </w:tc>
      </w:tr>
      <w:tr w:rsidR="00855B75" w14:paraId="04E96F6A" w14:textId="77777777">
        <w:trPr>
          <w:cantSplit/>
          <w:jc w:val="center"/>
        </w:trPr>
        <w:tc>
          <w:tcPr>
            <w:tcW w:w="936"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2B63AA86" w14:textId="77777777" w:rsidR="00855B75" w:rsidRDefault="00000000">
            <w:r>
              <w:rPr>
                <w:b/>
              </w:rPr>
              <w:t>A3</w:t>
            </w:r>
          </w:p>
        </w:tc>
        <w:tc>
          <w:tcPr>
            <w:tcW w:w="4680"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29919F49" w14:textId="77777777" w:rsidR="00855B75" w:rsidRDefault="00000000">
            <w:r>
              <w:rPr>
                <w:b/>
              </w:rPr>
              <w:t>CONDITION PRÉALABLE — Ancrage territorial réel : le projet répond à un besoin précisément localisé, décrit avec des éléments concrets du contexte local</w:t>
            </w:r>
          </w:p>
        </w:tc>
        <w:tc>
          <w:tcPr>
            <w:tcW w:w="4536"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52988DBB" w14:textId="77777777" w:rsidR="00855B75" w:rsidRDefault="00000000">
            <w:r>
              <w:rPr>
                <w:i/>
              </w:rPr>
              <w:t>Description du village/quartier et du problème observé sur place</w:t>
            </w:r>
          </w:p>
        </w:tc>
        <w:tc>
          <w:tcPr>
            <w:tcW w:w="2304"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41823373" w14:textId="77777777" w:rsidR="00855B75" w:rsidRDefault="00855B75"/>
        </w:tc>
        <w:tc>
          <w:tcPr>
            <w:tcW w:w="3024"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3AFC8790" w14:textId="77777777" w:rsidR="00855B75" w:rsidRDefault="00855B75"/>
        </w:tc>
      </w:tr>
      <w:tr w:rsidR="00855B75" w14:paraId="5DC8F8F9" w14:textId="77777777">
        <w:trPr>
          <w:cantSplit/>
          <w:jc w:val="center"/>
        </w:trPr>
        <w:tc>
          <w:tcPr>
            <w:tcW w:w="936"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0A63EFA8" w14:textId="77777777" w:rsidR="00855B75" w:rsidRDefault="00000000">
            <w:r>
              <w:rPr>
                <w:b/>
              </w:rPr>
              <w:t>A4</w:t>
            </w:r>
          </w:p>
        </w:tc>
        <w:tc>
          <w:tcPr>
            <w:tcW w:w="4680"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36EDB1B6" w14:textId="77777777" w:rsidR="00855B75" w:rsidRDefault="00000000">
            <w:r>
              <w:t>Organisation hôte légalement déclarée, à but non lucratif (jamais un parti politique ni une entreprise privée)</w:t>
            </w:r>
          </w:p>
        </w:tc>
        <w:tc>
          <w:tcPr>
            <w:tcW w:w="4536"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57C75700" w14:textId="77777777" w:rsidR="00855B75" w:rsidRDefault="00000000">
            <w:r>
              <w:rPr>
                <w:i/>
              </w:rPr>
              <w:t>Récépissé / statuts de l'organisation</w:t>
            </w:r>
          </w:p>
        </w:tc>
        <w:tc>
          <w:tcPr>
            <w:tcW w:w="2304"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15618A92" w14:textId="77777777" w:rsidR="00855B75" w:rsidRDefault="00855B75"/>
        </w:tc>
        <w:tc>
          <w:tcPr>
            <w:tcW w:w="3024"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5A0DC846" w14:textId="77777777" w:rsidR="00855B75" w:rsidRDefault="00855B75"/>
        </w:tc>
      </w:tr>
      <w:tr w:rsidR="00855B75" w14:paraId="089D5F56" w14:textId="77777777">
        <w:trPr>
          <w:cantSplit/>
          <w:jc w:val="center"/>
        </w:trPr>
        <w:tc>
          <w:tcPr>
            <w:tcW w:w="936"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0204569B" w14:textId="77777777" w:rsidR="00855B75" w:rsidRDefault="00000000">
            <w:r>
              <w:rPr>
                <w:b/>
              </w:rPr>
              <w:t>A5</w:t>
            </w:r>
          </w:p>
        </w:tc>
        <w:tc>
          <w:tcPr>
            <w:tcW w:w="4680"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7B7B2C3B" w14:textId="77777777" w:rsidR="00855B75" w:rsidRDefault="00000000">
            <w:r>
              <w:t>Le projet est aligné avec le Plan Local d'Action Climatique (PLAC)</w:t>
            </w:r>
          </w:p>
        </w:tc>
        <w:tc>
          <w:tcPr>
            <w:tcW w:w="4536"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3F5CCEEB" w14:textId="77777777" w:rsidR="00855B75" w:rsidRDefault="00000000">
            <w:r>
              <w:rPr>
                <w:i/>
              </w:rPr>
              <w:t>Référence explicite dans le dossier</w:t>
            </w:r>
          </w:p>
        </w:tc>
        <w:tc>
          <w:tcPr>
            <w:tcW w:w="2304"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667AE51C" w14:textId="77777777" w:rsidR="00855B75" w:rsidRDefault="00855B75"/>
        </w:tc>
        <w:tc>
          <w:tcPr>
            <w:tcW w:w="3024"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13B457EA" w14:textId="77777777" w:rsidR="00855B75" w:rsidRDefault="00855B75"/>
        </w:tc>
      </w:tr>
      <w:tr w:rsidR="00855B75" w14:paraId="560B7AEA" w14:textId="77777777">
        <w:trPr>
          <w:cantSplit/>
          <w:jc w:val="center"/>
        </w:trPr>
        <w:tc>
          <w:tcPr>
            <w:tcW w:w="936"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185F29FB" w14:textId="77777777" w:rsidR="00855B75" w:rsidRDefault="00000000">
            <w:r>
              <w:rPr>
                <w:b/>
              </w:rPr>
              <w:t>A6</w:t>
            </w:r>
          </w:p>
        </w:tc>
        <w:tc>
          <w:tcPr>
            <w:tcW w:w="4680"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15DA3D74" w14:textId="77777777" w:rsidR="00855B75" w:rsidRDefault="00000000">
            <w:r>
              <w:t>Le budget total est compris entre 1 000 $ et 5 000 $ US, frais administratifs ≤ 15 %</w:t>
            </w:r>
          </w:p>
        </w:tc>
        <w:tc>
          <w:tcPr>
            <w:tcW w:w="4536"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7074589D" w14:textId="77777777" w:rsidR="00855B75" w:rsidRDefault="00000000">
            <w:r>
              <w:rPr>
                <w:i/>
              </w:rPr>
              <w:t>Budget détaillé par poste (voir onglet Budget)</w:t>
            </w:r>
          </w:p>
        </w:tc>
        <w:tc>
          <w:tcPr>
            <w:tcW w:w="2304"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3A787832" w14:textId="77777777" w:rsidR="00855B75" w:rsidRDefault="00855B75"/>
        </w:tc>
        <w:tc>
          <w:tcPr>
            <w:tcW w:w="3024"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3AA7E510" w14:textId="77777777" w:rsidR="00855B75" w:rsidRDefault="00855B75"/>
        </w:tc>
      </w:tr>
      <w:tr w:rsidR="00855B75" w14:paraId="57568DB7" w14:textId="77777777">
        <w:trPr>
          <w:cantSplit/>
          <w:jc w:val="center"/>
        </w:trPr>
        <w:tc>
          <w:tcPr>
            <w:tcW w:w="936"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117756A0" w14:textId="77777777" w:rsidR="00855B75" w:rsidRDefault="00000000">
            <w:r>
              <w:rPr>
                <w:b/>
              </w:rPr>
              <w:t>A7</w:t>
            </w:r>
          </w:p>
        </w:tc>
        <w:tc>
          <w:tcPr>
            <w:tcW w:w="4680"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2A42F604" w14:textId="77777777" w:rsidR="00855B75" w:rsidRDefault="00000000">
            <w:r>
              <w:t>La durée de mise en œuvre permet une clôture avant le 15 avril 2027</w:t>
            </w:r>
          </w:p>
        </w:tc>
        <w:tc>
          <w:tcPr>
            <w:tcW w:w="4536"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65E4D2A4" w14:textId="77777777" w:rsidR="00855B75" w:rsidRDefault="00000000">
            <w:r>
              <w:rPr>
                <w:i/>
              </w:rPr>
              <w:t>Calendrier daté</w:t>
            </w:r>
          </w:p>
        </w:tc>
        <w:tc>
          <w:tcPr>
            <w:tcW w:w="2304"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1671B998" w14:textId="77777777" w:rsidR="00855B75" w:rsidRDefault="00855B75"/>
        </w:tc>
        <w:tc>
          <w:tcPr>
            <w:tcW w:w="3024"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23E9B1CB" w14:textId="77777777" w:rsidR="00855B75" w:rsidRDefault="00855B75"/>
        </w:tc>
      </w:tr>
      <w:tr w:rsidR="00855B75" w14:paraId="7A0A6EDA" w14:textId="77777777">
        <w:trPr>
          <w:cantSplit/>
          <w:jc w:val="center"/>
        </w:trPr>
        <w:tc>
          <w:tcPr>
            <w:tcW w:w="936"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2E877E92" w14:textId="77777777" w:rsidR="00855B75" w:rsidRDefault="00000000">
            <w:r>
              <w:rPr>
                <w:b/>
              </w:rPr>
              <w:t>A8</w:t>
            </w:r>
          </w:p>
        </w:tc>
        <w:tc>
          <w:tcPr>
            <w:tcW w:w="4680"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1F0F7FC2" w14:textId="77777777" w:rsidR="00855B75" w:rsidRDefault="00000000">
            <w:r>
              <w:t>Le dossier est complet : objectifs, activités, budget détaillé, indicateurs chiffrés</w:t>
            </w:r>
          </w:p>
        </w:tc>
        <w:tc>
          <w:tcPr>
            <w:tcW w:w="4536"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30A4EB5A" w14:textId="77777777" w:rsidR="00855B75" w:rsidRDefault="00000000">
            <w:r>
              <w:rPr>
                <w:i/>
              </w:rPr>
              <w:t>Vérification administrative</w:t>
            </w:r>
          </w:p>
        </w:tc>
        <w:tc>
          <w:tcPr>
            <w:tcW w:w="2304"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41E5A62D" w14:textId="77777777" w:rsidR="00855B75" w:rsidRDefault="00855B75"/>
        </w:tc>
        <w:tc>
          <w:tcPr>
            <w:tcW w:w="3024"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2224D4F5" w14:textId="77777777" w:rsidR="00855B75" w:rsidRDefault="00855B75"/>
        </w:tc>
      </w:tr>
      <w:tr w:rsidR="00855B75" w14:paraId="6BD7AA99" w14:textId="77777777">
        <w:trPr>
          <w:cantSplit/>
          <w:jc w:val="center"/>
        </w:trPr>
        <w:tc>
          <w:tcPr>
            <w:tcW w:w="936"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7D4B95B5" w14:textId="77777777" w:rsidR="00855B75" w:rsidRDefault="00000000">
            <w:r>
              <w:rPr>
                <w:b/>
              </w:rPr>
              <w:t>A9</w:t>
            </w:r>
          </w:p>
        </w:tc>
        <w:tc>
          <w:tcPr>
            <w:tcW w:w="4680"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57BB2BFA" w14:textId="77777777" w:rsidR="00855B75" w:rsidRDefault="00000000">
            <w:r>
              <w:t>La catégorie déclarée (A/B/C) correspond à la composition réelle du groupe porteur</w:t>
            </w:r>
          </w:p>
        </w:tc>
        <w:tc>
          <w:tcPr>
            <w:tcW w:w="4536"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4292ECF6" w14:textId="77777777" w:rsidR="00855B75" w:rsidRDefault="00000000">
            <w:r>
              <w:rPr>
                <w:i/>
              </w:rPr>
              <w:t>Liste nominative des porteurs</w:t>
            </w:r>
          </w:p>
        </w:tc>
        <w:tc>
          <w:tcPr>
            <w:tcW w:w="2304"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19997CBA" w14:textId="77777777" w:rsidR="00855B75" w:rsidRDefault="00855B75"/>
        </w:tc>
        <w:tc>
          <w:tcPr>
            <w:tcW w:w="3024"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30529981" w14:textId="77777777" w:rsidR="00855B75" w:rsidRDefault="00855B75"/>
        </w:tc>
      </w:tr>
      <w:tr w:rsidR="00855B75" w14:paraId="15E7A866" w14:textId="77777777">
        <w:trPr>
          <w:cantSplit/>
          <w:jc w:val="center"/>
        </w:trPr>
        <w:tc>
          <w:tcPr>
            <w:tcW w:w="936"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4BB8AD63" w14:textId="77777777" w:rsidR="00855B75" w:rsidRDefault="00855B75"/>
        </w:tc>
        <w:tc>
          <w:tcPr>
            <w:tcW w:w="4680"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06E087E9" w14:textId="77777777" w:rsidR="00855B75" w:rsidRDefault="00855B75"/>
        </w:tc>
        <w:tc>
          <w:tcPr>
            <w:tcW w:w="4536"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6ECA9A0F" w14:textId="77777777" w:rsidR="00855B75" w:rsidRDefault="00855B75"/>
        </w:tc>
        <w:tc>
          <w:tcPr>
            <w:tcW w:w="2304"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6D8515ED" w14:textId="77777777" w:rsidR="00855B75" w:rsidRDefault="00855B75"/>
        </w:tc>
        <w:tc>
          <w:tcPr>
            <w:tcW w:w="3024"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25A71544" w14:textId="77777777" w:rsidR="00855B75" w:rsidRDefault="00855B75"/>
        </w:tc>
      </w:tr>
      <w:tr w:rsidR="00855B75" w14:paraId="37C94882" w14:textId="77777777">
        <w:trPr>
          <w:cantSplit/>
          <w:jc w:val="center"/>
        </w:trPr>
        <w:tc>
          <w:tcPr>
            <w:tcW w:w="936"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73340A99" w14:textId="77777777" w:rsidR="00855B75" w:rsidRDefault="00000000">
            <w:r>
              <w:rPr>
                <w:b/>
              </w:rPr>
              <w:t>Verdict</w:t>
            </w:r>
          </w:p>
        </w:tc>
        <w:tc>
          <w:tcPr>
            <w:tcW w:w="9216" w:type="dxa"/>
            <w:gridSpan w:val="2"/>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2E877C9B" w14:textId="77777777" w:rsidR="00855B75" w:rsidRDefault="00855B75"/>
        </w:tc>
        <w:tc>
          <w:tcPr>
            <w:tcW w:w="2304"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1EC404E0" w14:textId="77777777" w:rsidR="00855B75" w:rsidRDefault="00855B75"/>
        </w:tc>
        <w:tc>
          <w:tcPr>
            <w:tcW w:w="3024"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60FBD28D" w14:textId="77777777" w:rsidR="00855B75" w:rsidRDefault="00000000">
            <w:r>
              <w:t>Réservé au Comité</w:t>
            </w:r>
          </w:p>
        </w:tc>
      </w:tr>
      <w:tr w:rsidR="00855B75" w14:paraId="65A52DC8" w14:textId="77777777">
        <w:trPr>
          <w:cantSplit/>
          <w:jc w:val="center"/>
        </w:trPr>
        <w:tc>
          <w:tcPr>
            <w:tcW w:w="936"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3FEF8289" w14:textId="77777777" w:rsidR="00855B75" w:rsidRDefault="00855B75"/>
        </w:tc>
        <w:tc>
          <w:tcPr>
            <w:tcW w:w="4680"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626F9D68" w14:textId="77777777" w:rsidR="00855B75" w:rsidRDefault="00855B75"/>
        </w:tc>
        <w:tc>
          <w:tcPr>
            <w:tcW w:w="4536"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6EF67E3D" w14:textId="77777777" w:rsidR="00855B75" w:rsidRDefault="00855B75"/>
        </w:tc>
        <w:tc>
          <w:tcPr>
            <w:tcW w:w="2304"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0155D3BD" w14:textId="77777777" w:rsidR="00855B75" w:rsidRDefault="00855B75"/>
        </w:tc>
        <w:tc>
          <w:tcPr>
            <w:tcW w:w="3024"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54A8AA96" w14:textId="77777777" w:rsidR="00855B75" w:rsidRDefault="00855B75"/>
        </w:tc>
      </w:tr>
      <w:tr w:rsidR="00855B75" w14:paraId="2E2A1A9B" w14:textId="77777777">
        <w:trPr>
          <w:cantSplit/>
          <w:jc w:val="center"/>
        </w:trPr>
        <w:tc>
          <w:tcPr>
            <w:tcW w:w="15480" w:type="dxa"/>
            <w:gridSpan w:val="5"/>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0CDA4F8A" w14:textId="77777777" w:rsidR="00855B75" w:rsidRDefault="00000000">
            <w:r>
              <w:rPr>
                <w:i/>
              </w:rPr>
              <w:t>Note sur la catégorie A9 : les groupes mixtes (catégorie A) ne sont soumis à aucun quota obligatoire de filles ou de personnes en situation de handicap. Leur intégration est encouragée et valorisée dans la grille de notation (critère Inclusion), pas exigée ici.</w:t>
            </w:r>
          </w:p>
        </w:tc>
      </w:tr>
    </w:tbl>
    <w:p w14:paraId="204B6C00" w14:textId="77777777" w:rsidR="00855B75" w:rsidRDefault="00000000">
      <w:r>
        <w:br w:type="page"/>
      </w:r>
    </w:p>
    <w:tbl>
      <w:tblPr>
        <w:tblW w:w="0" w:type="auto"/>
        <w:jc w:val="center"/>
        <w:tblLayout w:type="fixed"/>
        <w:tblLook w:val="04A0" w:firstRow="1" w:lastRow="0" w:firstColumn="1" w:lastColumn="0" w:noHBand="0" w:noVBand="1"/>
      </w:tblPr>
      <w:tblGrid>
        <w:gridCol w:w="1584"/>
        <w:gridCol w:w="11807"/>
        <w:gridCol w:w="1584"/>
      </w:tblGrid>
      <w:tr w:rsidR="00855B75" w14:paraId="3F708204" w14:textId="77777777">
        <w:trPr>
          <w:jc w:val="center"/>
        </w:trPr>
        <w:tc>
          <w:tcPr>
            <w:tcW w:w="1584" w:type="dxa"/>
            <w:vAlign w:val="center"/>
          </w:tcPr>
          <w:p w14:paraId="087AFE9D" w14:textId="77777777" w:rsidR="00855B75" w:rsidRDefault="00000000">
            <w:pPr>
              <w:spacing w:after="0"/>
            </w:pPr>
            <w:r>
              <w:rPr>
                <w:noProof/>
              </w:rPr>
              <w:drawing>
                <wp:inline distT="0" distB="0" distL="0" distR="0" wp14:anchorId="3B6B7E6C" wp14:editId="25DDCC27">
                  <wp:extent cx="868680" cy="86868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8-12 at 15.05.23.jpeg"/>
                          <pic:cNvPicPr/>
                        </pic:nvPicPr>
                        <pic:blipFill>
                          <a:blip r:embed="rId8"/>
                          <a:stretch>
                            <a:fillRect/>
                          </a:stretch>
                        </pic:blipFill>
                        <pic:spPr>
                          <a:xfrm>
                            <a:off x="0" y="0"/>
                            <a:ext cx="868680" cy="868680"/>
                          </a:xfrm>
                          <a:prstGeom prst="rect">
                            <a:avLst/>
                          </a:prstGeom>
                        </pic:spPr>
                      </pic:pic>
                    </a:graphicData>
                  </a:graphic>
                </wp:inline>
              </w:drawing>
            </w:r>
          </w:p>
        </w:tc>
        <w:tc>
          <w:tcPr>
            <w:tcW w:w="11807" w:type="dxa"/>
            <w:vAlign w:val="center"/>
          </w:tcPr>
          <w:p w14:paraId="718692DE" w14:textId="77777777" w:rsidR="00855B75" w:rsidRDefault="00000000">
            <w:pPr>
              <w:spacing w:after="0"/>
              <w:jc w:val="center"/>
            </w:pPr>
            <w:r>
              <w:rPr>
                <w:b/>
                <w:color w:val="006666"/>
                <w:sz w:val="30"/>
              </w:rPr>
              <w:t>CONSEIL RÉGIONAL DE LA MÉ</w:t>
            </w:r>
            <w:r>
              <w:rPr>
                <w:b/>
                <w:color w:val="006666"/>
                <w:sz w:val="30"/>
              </w:rPr>
              <w:br/>
            </w:r>
            <w:r>
              <w:rPr>
                <w:b/>
              </w:rPr>
              <w:t>APPEL À CANDIDATURES FJAC / YCAF — LA MÉ</w:t>
            </w:r>
            <w:r>
              <w:rPr>
                <w:b/>
              </w:rPr>
              <w:br/>
            </w:r>
            <w:r w:rsidRPr="00B004FF">
              <w:rPr>
                <w:i/>
                <w:color w:val="EE0000"/>
                <w:sz w:val="24"/>
              </w:rPr>
              <w:t>GRILLE DE NOTATION</w:t>
            </w:r>
          </w:p>
        </w:tc>
        <w:tc>
          <w:tcPr>
            <w:tcW w:w="1584" w:type="dxa"/>
            <w:vAlign w:val="center"/>
          </w:tcPr>
          <w:p w14:paraId="52BD3393" w14:textId="77777777" w:rsidR="00855B75" w:rsidRDefault="00000000">
            <w:pPr>
              <w:spacing w:after="0"/>
              <w:jc w:val="right"/>
            </w:pPr>
            <w:r>
              <w:rPr>
                <w:noProof/>
              </w:rPr>
              <w:drawing>
                <wp:inline distT="0" distB="0" distL="0" distR="0" wp14:anchorId="48EDC29E" wp14:editId="6450080E">
                  <wp:extent cx="868680" cy="77908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ONSEL.jpg"/>
                          <pic:cNvPicPr/>
                        </pic:nvPicPr>
                        <pic:blipFill>
                          <a:blip r:embed="rId9"/>
                          <a:stretch>
                            <a:fillRect/>
                          </a:stretch>
                        </pic:blipFill>
                        <pic:spPr>
                          <a:xfrm>
                            <a:off x="0" y="0"/>
                            <a:ext cx="868680" cy="779085"/>
                          </a:xfrm>
                          <a:prstGeom prst="rect">
                            <a:avLst/>
                          </a:prstGeom>
                        </pic:spPr>
                      </pic:pic>
                    </a:graphicData>
                  </a:graphic>
                </wp:inline>
              </w:drawing>
            </w:r>
          </w:p>
        </w:tc>
      </w:tr>
    </w:tbl>
    <w:p w14:paraId="5A38B7B5" w14:textId="77777777" w:rsidR="00855B75" w:rsidRDefault="00855B75">
      <w:pPr>
        <w:spacing w:after="0"/>
      </w:pPr>
    </w:p>
    <w:tbl>
      <w:tblPr>
        <w:tblStyle w:val="Grilledutableau"/>
        <w:tblW w:w="0" w:type="auto"/>
        <w:jc w:val="center"/>
        <w:tblLayout w:type="fixed"/>
        <w:tblLook w:val="04A0" w:firstRow="1" w:lastRow="0" w:firstColumn="1" w:lastColumn="0" w:noHBand="0" w:noVBand="1"/>
      </w:tblPr>
      <w:tblGrid>
        <w:gridCol w:w="2232"/>
        <w:gridCol w:w="3096"/>
        <w:gridCol w:w="3096"/>
        <w:gridCol w:w="2232"/>
        <w:gridCol w:w="1584"/>
        <w:gridCol w:w="3240"/>
      </w:tblGrid>
      <w:tr w:rsidR="00855B75" w14:paraId="26757A91" w14:textId="77777777">
        <w:trPr>
          <w:cantSplit/>
          <w:trHeight w:val="547"/>
          <w:jc w:val="center"/>
        </w:trPr>
        <w:tc>
          <w:tcPr>
            <w:tcW w:w="15480" w:type="dxa"/>
            <w:gridSpan w:val="6"/>
            <w:tcBorders>
              <w:top w:val="single" w:sz="4" w:space="0" w:color="8C8C8C"/>
              <w:left w:val="single" w:sz="4" w:space="0" w:color="8C8C8C"/>
              <w:bottom w:val="single" w:sz="4" w:space="0" w:color="8C8C8C"/>
              <w:right w:val="single" w:sz="4" w:space="0" w:color="8C8C8C"/>
            </w:tcBorders>
            <w:shd w:val="clear" w:color="auto" w:fill="0B6B68"/>
            <w:tcMar>
              <w:top w:w="70" w:type="dxa"/>
              <w:left w:w="85" w:type="dxa"/>
              <w:bottom w:w="70" w:type="dxa"/>
              <w:right w:w="85" w:type="dxa"/>
            </w:tcMar>
            <w:vAlign w:val="center"/>
          </w:tcPr>
          <w:p w14:paraId="4CEC75F1" w14:textId="77777777" w:rsidR="00855B75" w:rsidRDefault="00000000">
            <w:pPr>
              <w:jc w:val="center"/>
            </w:pPr>
            <w:r>
              <w:rPr>
                <w:b/>
              </w:rPr>
              <w:t>GRILLE DE NOTATION (PARTIE B) — 100 POINTS</w:t>
            </w:r>
          </w:p>
        </w:tc>
      </w:tr>
      <w:tr w:rsidR="00855B75" w14:paraId="0687E639" w14:textId="77777777">
        <w:trPr>
          <w:cantSplit/>
          <w:jc w:val="center"/>
        </w:trPr>
        <w:tc>
          <w:tcPr>
            <w:tcW w:w="15480" w:type="dxa"/>
            <w:gridSpan w:val="6"/>
            <w:tcBorders>
              <w:top w:val="single" w:sz="4" w:space="0" w:color="8C8C8C"/>
              <w:left w:val="single" w:sz="4" w:space="0" w:color="8C8C8C"/>
              <w:bottom w:val="single" w:sz="4" w:space="0" w:color="8C8C8C"/>
              <w:right w:val="single" w:sz="4" w:space="0" w:color="8C8C8C"/>
            </w:tcBorders>
            <w:shd w:val="clear" w:color="auto" w:fill="DCEFEF"/>
            <w:tcMar>
              <w:top w:w="70" w:type="dxa"/>
              <w:left w:w="85" w:type="dxa"/>
              <w:bottom w:w="70" w:type="dxa"/>
              <w:right w:w="85" w:type="dxa"/>
            </w:tcMar>
            <w:vAlign w:val="center"/>
          </w:tcPr>
          <w:p w14:paraId="03EBC241" w14:textId="77777777" w:rsidR="00855B75" w:rsidRDefault="00000000">
            <w:pPr>
              <w:jc w:val="center"/>
            </w:pPr>
            <w:r>
              <w:rPr>
                <w:i/>
              </w:rPr>
              <w:t>Seuil de sélection : 60/100. L'ancrage territorial n'est plus noté ici (voir critère A3, Éligibilité).</w:t>
            </w:r>
          </w:p>
        </w:tc>
      </w:tr>
      <w:tr w:rsidR="00855B75" w14:paraId="0027A74C" w14:textId="77777777">
        <w:trPr>
          <w:cantSplit/>
          <w:jc w:val="center"/>
        </w:trPr>
        <w:tc>
          <w:tcPr>
            <w:tcW w:w="2232"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2697CB6F" w14:textId="77777777" w:rsidR="00855B75" w:rsidRDefault="00855B75"/>
        </w:tc>
        <w:tc>
          <w:tcPr>
            <w:tcW w:w="3096"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28643A0B" w14:textId="77777777" w:rsidR="00855B75" w:rsidRDefault="00855B75"/>
        </w:tc>
        <w:tc>
          <w:tcPr>
            <w:tcW w:w="3096"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28136DDF" w14:textId="77777777" w:rsidR="00855B75" w:rsidRDefault="00855B75"/>
        </w:tc>
        <w:tc>
          <w:tcPr>
            <w:tcW w:w="2232"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0C6ACE7E" w14:textId="77777777" w:rsidR="00855B75" w:rsidRDefault="00855B75"/>
        </w:tc>
        <w:tc>
          <w:tcPr>
            <w:tcW w:w="1584"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78808060" w14:textId="77777777" w:rsidR="00855B75" w:rsidRDefault="00855B75"/>
        </w:tc>
        <w:tc>
          <w:tcPr>
            <w:tcW w:w="3240"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74C9E373" w14:textId="77777777" w:rsidR="00855B75" w:rsidRDefault="00855B75"/>
        </w:tc>
      </w:tr>
      <w:tr w:rsidR="00855B75" w14:paraId="34B1CE0E" w14:textId="77777777">
        <w:trPr>
          <w:cantSplit/>
          <w:tblHeader/>
          <w:jc w:val="center"/>
        </w:trPr>
        <w:tc>
          <w:tcPr>
            <w:tcW w:w="2232" w:type="dxa"/>
            <w:tcBorders>
              <w:top w:val="single" w:sz="4" w:space="0" w:color="8C8C8C"/>
              <w:left w:val="single" w:sz="4" w:space="0" w:color="8C8C8C"/>
              <w:bottom w:val="single" w:sz="4" w:space="0" w:color="8C8C8C"/>
              <w:right w:val="single" w:sz="4" w:space="0" w:color="8C8C8C"/>
            </w:tcBorders>
            <w:shd w:val="clear" w:color="auto" w:fill="A8D5BA"/>
            <w:tcMar>
              <w:top w:w="70" w:type="dxa"/>
              <w:left w:w="85" w:type="dxa"/>
              <w:bottom w:w="70" w:type="dxa"/>
              <w:right w:w="85" w:type="dxa"/>
            </w:tcMar>
            <w:vAlign w:val="center"/>
          </w:tcPr>
          <w:p w14:paraId="0C49AD1C" w14:textId="77777777" w:rsidR="00855B75" w:rsidRDefault="00000000">
            <w:pPr>
              <w:jc w:val="center"/>
            </w:pPr>
            <w:r>
              <w:rPr>
                <w:b/>
              </w:rPr>
              <w:t>N°</w:t>
            </w:r>
          </w:p>
        </w:tc>
        <w:tc>
          <w:tcPr>
            <w:tcW w:w="3096" w:type="dxa"/>
            <w:tcBorders>
              <w:top w:val="single" w:sz="4" w:space="0" w:color="8C8C8C"/>
              <w:left w:val="single" w:sz="4" w:space="0" w:color="8C8C8C"/>
              <w:bottom w:val="single" w:sz="4" w:space="0" w:color="8C8C8C"/>
              <w:right w:val="single" w:sz="4" w:space="0" w:color="8C8C8C"/>
            </w:tcBorders>
            <w:shd w:val="clear" w:color="auto" w:fill="A8D5BA"/>
            <w:tcMar>
              <w:top w:w="70" w:type="dxa"/>
              <w:left w:w="85" w:type="dxa"/>
              <w:bottom w:w="70" w:type="dxa"/>
              <w:right w:w="85" w:type="dxa"/>
            </w:tcMar>
            <w:vAlign w:val="center"/>
          </w:tcPr>
          <w:p w14:paraId="0182BBE2" w14:textId="77777777" w:rsidR="00855B75" w:rsidRDefault="00000000">
            <w:pPr>
              <w:jc w:val="center"/>
            </w:pPr>
            <w:r>
              <w:rPr>
                <w:b/>
              </w:rPr>
              <w:t>Critère</w:t>
            </w:r>
          </w:p>
        </w:tc>
        <w:tc>
          <w:tcPr>
            <w:tcW w:w="3096" w:type="dxa"/>
            <w:tcBorders>
              <w:top w:val="single" w:sz="4" w:space="0" w:color="8C8C8C"/>
              <w:left w:val="single" w:sz="4" w:space="0" w:color="8C8C8C"/>
              <w:bottom w:val="single" w:sz="4" w:space="0" w:color="8C8C8C"/>
              <w:right w:val="single" w:sz="4" w:space="0" w:color="8C8C8C"/>
            </w:tcBorders>
            <w:shd w:val="clear" w:color="auto" w:fill="A8D5BA"/>
            <w:tcMar>
              <w:top w:w="70" w:type="dxa"/>
              <w:left w:w="85" w:type="dxa"/>
              <w:bottom w:w="70" w:type="dxa"/>
              <w:right w:w="85" w:type="dxa"/>
            </w:tcMar>
            <w:vAlign w:val="center"/>
          </w:tcPr>
          <w:p w14:paraId="0F6E6B24" w14:textId="77777777" w:rsidR="00855B75" w:rsidRDefault="00000000">
            <w:pPr>
              <w:jc w:val="center"/>
            </w:pPr>
            <w:r>
              <w:rPr>
                <w:b/>
              </w:rPr>
              <w:t>Ce que le Comité recherche</w:t>
            </w:r>
          </w:p>
        </w:tc>
        <w:tc>
          <w:tcPr>
            <w:tcW w:w="2232" w:type="dxa"/>
            <w:tcBorders>
              <w:top w:val="single" w:sz="4" w:space="0" w:color="8C8C8C"/>
              <w:left w:val="single" w:sz="4" w:space="0" w:color="8C8C8C"/>
              <w:bottom w:val="single" w:sz="4" w:space="0" w:color="8C8C8C"/>
              <w:right w:val="single" w:sz="4" w:space="0" w:color="8C8C8C"/>
            </w:tcBorders>
            <w:shd w:val="clear" w:color="auto" w:fill="A8D5BA"/>
            <w:tcMar>
              <w:top w:w="70" w:type="dxa"/>
              <w:left w:w="85" w:type="dxa"/>
              <w:bottom w:w="70" w:type="dxa"/>
              <w:right w:w="85" w:type="dxa"/>
            </w:tcMar>
            <w:vAlign w:val="center"/>
          </w:tcPr>
          <w:p w14:paraId="1A110872" w14:textId="77777777" w:rsidR="00855B75" w:rsidRDefault="00000000">
            <w:pPr>
              <w:jc w:val="center"/>
            </w:pPr>
            <w:r>
              <w:rPr>
                <w:b/>
              </w:rPr>
              <w:t>Votre réponse</w:t>
            </w:r>
          </w:p>
        </w:tc>
        <w:tc>
          <w:tcPr>
            <w:tcW w:w="1584" w:type="dxa"/>
            <w:tcBorders>
              <w:top w:val="single" w:sz="4" w:space="0" w:color="8C8C8C"/>
              <w:left w:val="single" w:sz="4" w:space="0" w:color="8C8C8C"/>
              <w:bottom w:val="single" w:sz="4" w:space="0" w:color="8C8C8C"/>
              <w:right w:val="single" w:sz="4" w:space="0" w:color="8C8C8C"/>
            </w:tcBorders>
            <w:shd w:val="clear" w:color="auto" w:fill="A8D5BA"/>
            <w:tcMar>
              <w:top w:w="70" w:type="dxa"/>
              <w:left w:w="85" w:type="dxa"/>
              <w:bottom w:w="70" w:type="dxa"/>
              <w:right w:w="85" w:type="dxa"/>
            </w:tcMar>
            <w:vAlign w:val="center"/>
          </w:tcPr>
          <w:p w14:paraId="1A7DB69B" w14:textId="77777777" w:rsidR="00855B75" w:rsidRDefault="00000000">
            <w:pPr>
              <w:jc w:val="center"/>
            </w:pPr>
            <w:r>
              <w:rPr>
                <w:b/>
              </w:rPr>
              <w:t>Points max</w:t>
            </w:r>
          </w:p>
        </w:tc>
        <w:tc>
          <w:tcPr>
            <w:tcW w:w="3240" w:type="dxa"/>
            <w:tcBorders>
              <w:top w:val="single" w:sz="4" w:space="0" w:color="8C8C8C"/>
              <w:left w:val="single" w:sz="4" w:space="0" w:color="8C8C8C"/>
              <w:bottom w:val="single" w:sz="4" w:space="0" w:color="8C8C8C"/>
              <w:right w:val="single" w:sz="4" w:space="0" w:color="8C8C8C"/>
            </w:tcBorders>
            <w:shd w:val="clear" w:color="auto" w:fill="A8D5BA"/>
            <w:tcMar>
              <w:top w:w="70" w:type="dxa"/>
              <w:left w:w="85" w:type="dxa"/>
              <w:bottom w:w="70" w:type="dxa"/>
              <w:right w:w="85" w:type="dxa"/>
            </w:tcMar>
            <w:vAlign w:val="center"/>
          </w:tcPr>
          <w:p w14:paraId="63D31AA3" w14:textId="77777777" w:rsidR="00855B75" w:rsidRDefault="00000000">
            <w:pPr>
              <w:jc w:val="center"/>
            </w:pPr>
            <w:r>
              <w:rPr>
                <w:b/>
              </w:rPr>
              <w:t>Note</w:t>
            </w:r>
          </w:p>
        </w:tc>
      </w:tr>
      <w:tr w:rsidR="00855B75" w14:paraId="3A0FE9CE" w14:textId="77777777">
        <w:trPr>
          <w:cantSplit/>
          <w:jc w:val="center"/>
        </w:trPr>
        <w:tc>
          <w:tcPr>
            <w:tcW w:w="2232"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243AB37F" w14:textId="77777777" w:rsidR="00855B75" w:rsidRDefault="00000000">
            <w:r>
              <w:rPr>
                <w:b/>
              </w:rPr>
              <w:t>1</w:t>
            </w:r>
          </w:p>
        </w:tc>
        <w:tc>
          <w:tcPr>
            <w:tcW w:w="3096"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7B04E2C1" w14:textId="77777777" w:rsidR="00855B75" w:rsidRDefault="00000000">
            <w:r>
              <w:rPr>
                <w:b/>
              </w:rPr>
              <w:t>Pertinence climatique</w:t>
            </w:r>
          </w:p>
        </w:tc>
        <w:tc>
          <w:tcPr>
            <w:tcW w:w="3096"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057BFB3B" w14:textId="77777777" w:rsidR="00855B75" w:rsidRDefault="00000000">
            <w:r>
              <w:rPr>
                <w:i/>
              </w:rPr>
              <w:t>Un problème climatique réel, précis et local à La Mé — pas une généralité copiée d'ailleurs.</w:t>
            </w:r>
          </w:p>
        </w:tc>
        <w:tc>
          <w:tcPr>
            <w:tcW w:w="2232"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0061B651" w14:textId="77777777" w:rsidR="00855B75" w:rsidRDefault="00855B75"/>
        </w:tc>
        <w:tc>
          <w:tcPr>
            <w:tcW w:w="1584"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3F9BF786" w14:textId="77777777" w:rsidR="00855B75" w:rsidRDefault="00000000">
            <w:r>
              <w:t>20</w:t>
            </w:r>
          </w:p>
        </w:tc>
        <w:tc>
          <w:tcPr>
            <w:tcW w:w="3240"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5D73AF10" w14:textId="77777777" w:rsidR="00855B75" w:rsidRDefault="00855B75"/>
        </w:tc>
      </w:tr>
      <w:tr w:rsidR="00855B75" w14:paraId="2BA9B758" w14:textId="77777777">
        <w:trPr>
          <w:cantSplit/>
          <w:jc w:val="center"/>
        </w:trPr>
        <w:tc>
          <w:tcPr>
            <w:tcW w:w="2232"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0F895A62" w14:textId="77777777" w:rsidR="00855B75" w:rsidRDefault="00000000">
            <w:r>
              <w:rPr>
                <w:b/>
              </w:rPr>
              <w:t>2</w:t>
            </w:r>
          </w:p>
        </w:tc>
        <w:tc>
          <w:tcPr>
            <w:tcW w:w="3096"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235D0D36" w14:textId="77777777" w:rsidR="00855B75" w:rsidRDefault="00000000">
            <w:r>
              <w:rPr>
                <w:b/>
              </w:rPr>
              <w:t>Portage réel par les jeunes</w:t>
            </w:r>
          </w:p>
        </w:tc>
        <w:tc>
          <w:tcPr>
            <w:tcW w:w="3096"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43D09F84" w14:textId="77777777" w:rsidR="00855B75" w:rsidRDefault="00000000">
            <w:r>
              <w:rPr>
                <w:i/>
              </w:rPr>
              <w:t>Des signes clairs que l'idée et la mise en œuvre viennent du groupe de jeunes lui-même, pas d'un adulte qui rédige à leur place.</w:t>
            </w:r>
          </w:p>
        </w:tc>
        <w:tc>
          <w:tcPr>
            <w:tcW w:w="2232"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35846F0F" w14:textId="77777777" w:rsidR="00855B75" w:rsidRDefault="00855B75"/>
        </w:tc>
        <w:tc>
          <w:tcPr>
            <w:tcW w:w="1584"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34A55FB4" w14:textId="77777777" w:rsidR="00855B75" w:rsidRDefault="00000000">
            <w:r>
              <w:t>20</w:t>
            </w:r>
          </w:p>
        </w:tc>
        <w:tc>
          <w:tcPr>
            <w:tcW w:w="3240"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47553A48" w14:textId="77777777" w:rsidR="00855B75" w:rsidRDefault="00855B75"/>
        </w:tc>
      </w:tr>
      <w:tr w:rsidR="00855B75" w14:paraId="607EFF62" w14:textId="77777777">
        <w:trPr>
          <w:cantSplit/>
          <w:jc w:val="center"/>
        </w:trPr>
        <w:tc>
          <w:tcPr>
            <w:tcW w:w="2232"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28EB86FC" w14:textId="77777777" w:rsidR="00855B75" w:rsidRDefault="00000000">
            <w:r>
              <w:rPr>
                <w:b/>
              </w:rPr>
              <w:t>3</w:t>
            </w:r>
          </w:p>
        </w:tc>
        <w:tc>
          <w:tcPr>
            <w:tcW w:w="3096"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6EA6271E" w14:textId="77777777" w:rsidR="00855B75" w:rsidRDefault="00000000">
            <w:r>
              <w:rPr>
                <w:b/>
              </w:rPr>
              <w:t>Faisabilité technique et budgétaire</w:t>
            </w:r>
          </w:p>
        </w:tc>
        <w:tc>
          <w:tcPr>
            <w:tcW w:w="3096"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7737A53A" w14:textId="77777777" w:rsidR="00855B75" w:rsidRDefault="00000000">
            <w:r>
              <w:rPr>
                <w:i/>
              </w:rPr>
              <w:t>Cohérence entre le budget, les activités prévues et les délais annoncés.</w:t>
            </w:r>
          </w:p>
        </w:tc>
        <w:tc>
          <w:tcPr>
            <w:tcW w:w="2232"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2CCAA1AD" w14:textId="77777777" w:rsidR="00855B75" w:rsidRDefault="00855B75"/>
        </w:tc>
        <w:tc>
          <w:tcPr>
            <w:tcW w:w="1584"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74A92A35" w14:textId="77777777" w:rsidR="00855B75" w:rsidRDefault="00000000">
            <w:r>
              <w:t>15</w:t>
            </w:r>
          </w:p>
        </w:tc>
        <w:tc>
          <w:tcPr>
            <w:tcW w:w="3240"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18C53495" w14:textId="77777777" w:rsidR="00855B75" w:rsidRDefault="00855B75"/>
        </w:tc>
      </w:tr>
      <w:tr w:rsidR="00855B75" w14:paraId="6C3CD811" w14:textId="77777777">
        <w:trPr>
          <w:cantSplit/>
          <w:jc w:val="center"/>
        </w:trPr>
        <w:tc>
          <w:tcPr>
            <w:tcW w:w="2232"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031848D8" w14:textId="77777777" w:rsidR="00855B75" w:rsidRDefault="00000000">
            <w:r>
              <w:rPr>
                <w:b/>
              </w:rPr>
              <w:t>4</w:t>
            </w:r>
          </w:p>
        </w:tc>
        <w:tc>
          <w:tcPr>
            <w:tcW w:w="3096"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55AF2BB5" w14:textId="77777777" w:rsidR="00855B75" w:rsidRDefault="00000000">
            <w:r>
              <w:rPr>
                <w:b/>
              </w:rPr>
              <w:t>Résultats mesurables</w:t>
            </w:r>
          </w:p>
        </w:tc>
        <w:tc>
          <w:tcPr>
            <w:tcW w:w="3096"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3C2CA329" w14:textId="77777777" w:rsidR="00855B75" w:rsidRDefault="00000000">
            <w:r>
              <w:rPr>
                <w:i/>
              </w:rPr>
              <w:t>Des indicateurs chiffrés et vérifiables, ni trop faibles ni gonflés artificiellement.</w:t>
            </w:r>
          </w:p>
        </w:tc>
        <w:tc>
          <w:tcPr>
            <w:tcW w:w="2232"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177C35A9" w14:textId="77777777" w:rsidR="00855B75" w:rsidRDefault="00855B75"/>
        </w:tc>
        <w:tc>
          <w:tcPr>
            <w:tcW w:w="1584"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13235F1A" w14:textId="77777777" w:rsidR="00855B75" w:rsidRDefault="00000000">
            <w:r>
              <w:t>15</w:t>
            </w:r>
          </w:p>
        </w:tc>
        <w:tc>
          <w:tcPr>
            <w:tcW w:w="3240"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4F041F98" w14:textId="77777777" w:rsidR="00855B75" w:rsidRDefault="00855B75"/>
        </w:tc>
      </w:tr>
      <w:tr w:rsidR="00855B75" w14:paraId="2170CD20" w14:textId="77777777">
        <w:trPr>
          <w:cantSplit/>
          <w:jc w:val="center"/>
        </w:trPr>
        <w:tc>
          <w:tcPr>
            <w:tcW w:w="2232"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7539F9CF" w14:textId="77777777" w:rsidR="00855B75" w:rsidRDefault="00000000">
            <w:r>
              <w:rPr>
                <w:b/>
              </w:rPr>
              <w:t>5</w:t>
            </w:r>
          </w:p>
        </w:tc>
        <w:tc>
          <w:tcPr>
            <w:tcW w:w="3096"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4C31814B" w14:textId="77777777" w:rsidR="00855B75" w:rsidRDefault="00000000">
            <w:r>
              <w:rPr>
                <w:b/>
              </w:rPr>
              <w:t>Inclusion et diversité</w:t>
            </w:r>
          </w:p>
        </w:tc>
        <w:tc>
          <w:tcPr>
            <w:tcW w:w="3096"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223A0745" w14:textId="77777777" w:rsidR="00855B75" w:rsidRDefault="00000000">
            <w:r>
              <w:rPr>
                <w:i/>
              </w:rPr>
              <w:t>Le groupe intègre-t-il des jeunes filles et/ou des personnes en situation de handicap ? Valorisé comme un atout, sans quota obligatoire pour les groupes mixtes.</w:t>
            </w:r>
          </w:p>
        </w:tc>
        <w:tc>
          <w:tcPr>
            <w:tcW w:w="2232"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2735A08F" w14:textId="77777777" w:rsidR="00855B75" w:rsidRDefault="00855B75"/>
        </w:tc>
        <w:tc>
          <w:tcPr>
            <w:tcW w:w="1584"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4F5D5428" w14:textId="77777777" w:rsidR="00855B75" w:rsidRDefault="00000000">
            <w:r>
              <w:t>10</w:t>
            </w:r>
          </w:p>
        </w:tc>
        <w:tc>
          <w:tcPr>
            <w:tcW w:w="3240"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4A7263F0" w14:textId="77777777" w:rsidR="00855B75" w:rsidRDefault="00855B75"/>
        </w:tc>
      </w:tr>
      <w:tr w:rsidR="00855B75" w14:paraId="7F35851E" w14:textId="77777777">
        <w:trPr>
          <w:cantSplit/>
          <w:jc w:val="center"/>
        </w:trPr>
        <w:tc>
          <w:tcPr>
            <w:tcW w:w="2232"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7F79FD6B" w14:textId="77777777" w:rsidR="00855B75" w:rsidRDefault="00000000">
            <w:r>
              <w:rPr>
                <w:b/>
              </w:rPr>
              <w:t>6</w:t>
            </w:r>
          </w:p>
        </w:tc>
        <w:tc>
          <w:tcPr>
            <w:tcW w:w="3096"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05FBE5F0" w14:textId="77777777" w:rsidR="00855B75" w:rsidRDefault="00000000">
            <w:r>
              <w:rPr>
                <w:b/>
              </w:rPr>
              <w:t>Durabilité après la subvention</w:t>
            </w:r>
          </w:p>
        </w:tc>
        <w:tc>
          <w:tcPr>
            <w:tcW w:w="3096"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2BB0E99A" w14:textId="77777777" w:rsidR="00855B75" w:rsidRDefault="00000000">
            <w:r>
              <w:rPr>
                <w:i/>
              </w:rPr>
              <w:t>Un plan crédible de continuité du projet après la fin du financement.</w:t>
            </w:r>
          </w:p>
        </w:tc>
        <w:tc>
          <w:tcPr>
            <w:tcW w:w="2232"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3CFE8260" w14:textId="77777777" w:rsidR="00855B75" w:rsidRDefault="00855B75"/>
        </w:tc>
        <w:tc>
          <w:tcPr>
            <w:tcW w:w="1584"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0ADC7704" w14:textId="77777777" w:rsidR="00855B75" w:rsidRDefault="00000000">
            <w:r>
              <w:t>15</w:t>
            </w:r>
          </w:p>
        </w:tc>
        <w:tc>
          <w:tcPr>
            <w:tcW w:w="3240"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46CE9BA3" w14:textId="77777777" w:rsidR="00855B75" w:rsidRDefault="00855B75"/>
        </w:tc>
      </w:tr>
      <w:tr w:rsidR="00855B75" w14:paraId="53CD25EF" w14:textId="77777777">
        <w:trPr>
          <w:cantSplit/>
          <w:jc w:val="center"/>
        </w:trPr>
        <w:tc>
          <w:tcPr>
            <w:tcW w:w="2232"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4340C5FC" w14:textId="77777777" w:rsidR="00855B75" w:rsidRDefault="00000000">
            <w:r>
              <w:rPr>
                <w:b/>
              </w:rPr>
              <w:t>7</w:t>
            </w:r>
          </w:p>
        </w:tc>
        <w:tc>
          <w:tcPr>
            <w:tcW w:w="3096"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26F83894" w14:textId="77777777" w:rsidR="00855B75" w:rsidRDefault="00000000">
            <w:r>
              <w:rPr>
                <w:b/>
              </w:rPr>
              <w:t>Capacité de gestion de l'organisation hôte</w:t>
            </w:r>
          </w:p>
        </w:tc>
        <w:tc>
          <w:tcPr>
            <w:tcW w:w="3096"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1B9F4C0D" w14:textId="77777777" w:rsidR="00855B75" w:rsidRDefault="00000000">
            <w:r>
              <w:rPr>
                <w:i/>
              </w:rPr>
              <w:t>Expérience de l'organisation hôte dans la gestion de fonds et la redevabilité envers un bailleur.</w:t>
            </w:r>
          </w:p>
        </w:tc>
        <w:tc>
          <w:tcPr>
            <w:tcW w:w="2232"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493550BC" w14:textId="77777777" w:rsidR="00855B75" w:rsidRDefault="00855B75"/>
        </w:tc>
        <w:tc>
          <w:tcPr>
            <w:tcW w:w="1584"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1D67171D" w14:textId="77777777" w:rsidR="00855B75" w:rsidRDefault="00000000">
            <w:r>
              <w:t>5</w:t>
            </w:r>
          </w:p>
        </w:tc>
        <w:tc>
          <w:tcPr>
            <w:tcW w:w="3240"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16EE6CB5" w14:textId="77777777" w:rsidR="00855B75" w:rsidRDefault="00855B75"/>
        </w:tc>
      </w:tr>
      <w:tr w:rsidR="00855B75" w14:paraId="5D83BB0A" w14:textId="77777777">
        <w:trPr>
          <w:cantSplit/>
          <w:jc w:val="center"/>
        </w:trPr>
        <w:tc>
          <w:tcPr>
            <w:tcW w:w="2232"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003514ED" w14:textId="77777777" w:rsidR="00855B75" w:rsidRDefault="00855B75"/>
        </w:tc>
        <w:tc>
          <w:tcPr>
            <w:tcW w:w="3096"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0F706613" w14:textId="77777777" w:rsidR="00855B75" w:rsidRDefault="00000000">
            <w:r>
              <w:rPr>
                <w:b/>
              </w:rPr>
              <w:t>TOTAL</w:t>
            </w:r>
          </w:p>
        </w:tc>
        <w:tc>
          <w:tcPr>
            <w:tcW w:w="3096"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66088D31" w14:textId="77777777" w:rsidR="00855B75" w:rsidRDefault="00855B75"/>
        </w:tc>
        <w:tc>
          <w:tcPr>
            <w:tcW w:w="2232"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711D7209" w14:textId="77777777" w:rsidR="00855B75" w:rsidRDefault="00855B75"/>
        </w:tc>
        <w:tc>
          <w:tcPr>
            <w:tcW w:w="1584"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11ACC280" w14:textId="77777777" w:rsidR="00855B75" w:rsidRDefault="00855B75"/>
        </w:tc>
        <w:tc>
          <w:tcPr>
            <w:tcW w:w="3240"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2BAE6C76" w14:textId="77777777" w:rsidR="00855B75" w:rsidRDefault="00855B75"/>
        </w:tc>
      </w:tr>
      <w:tr w:rsidR="00855B75" w14:paraId="0F2032DF" w14:textId="77777777">
        <w:trPr>
          <w:cantSplit/>
          <w:jc w:val="center"/>
        </w:trPr>
        <w:tc>
          <w:tcPr>
            <w:tcW w:w="2232"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21AB561C" w14:textId="77777777" w:rsidR="00855B75" w:rsidRDefault="00855B75"/>
        </w:tc>
        <w:tc>
          <w:tcPr>
            <w:tcW w:w="10008" w:type="dxa"/>
            <w:gridSpan w:val="4"/>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45134417" w14:textId="77777777" w:rsidR="00855B75" w:rsidRDefault="00855B75"/>
        </w:tc>
        <w:tc>
          <w:tcPr>
            <w:tcW w:w="3240"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0F2810FB" w14:textId="77777777" w:rsidR="00855B75" w:rsidRDefault="00855B75"/>
        </w:tc>
      </w:tr>
      <w:tr w:rsidR="00855B75" w14:paraId="270B0675" w14:textId="77777777">
        <w:trPr>
          <w:cantSplit/>
          <w:jc w:val="center"/>
        </w:trPr>
        <w:tc>
          <w:tcPr>
            <w:tcW w:w="2232"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614C45A3" w14:textId="77777777" w:rsidR="00855B75" w:rsidRDefault="00855B75"/>
        </w:tc>
        <w:tc>
          <w:tcPr>
            <w:tcW w:w="3096"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461879FF" w14:textId="77777777" w:rsidR="00855B75" w:rsidRDefault="00855B75"/>
        </w:tc>
        <w:tc>
          <w:tcPr>
            <w:tcW w:w="3096"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340D082D" w14:textId="77777777" w:rsidR="00855B75" w:rsidRDefault="00855B75"/>
        </w:tc>
        <w:tc>
          <w:tcPr>
            <w:tcW w:w="2232"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72FF6655" w14:textId="77777777" w:rsidR="00855B75" w:rsidRDefault="00855B75"/>
        </w:tc>
        <w:tc>
          <w:tcPr>
            <w:tcW w:w="1584"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4B05CFBA" w14:textId="77777777" w:rsidR="00855B75" w:rsidRDefault="00855B75"/>
        </w:tc>
        <w:tc>
          <w:tcPr>
            <w:tcW w:w="3240"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38FEEE5C" w14:textId="77777777" w:rsidR="00855B75" w:rsidRDefault="00855B75"/>
        </w:tc>
      </w:tr>
      <w:tr w:rsidR="00855B75" w14:paraId="382506EC" w14:textId="77777777">
        <w:trPr>
          <w:cantSplit/>
          <w:jc w:val="center"/>
        </w:trPr>
        <w:tc>
          <w:tcPr>
            <w:tcW w:w="15480" w:type="dxa"/>
            <w:gridSpan w:val="6"/>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6D037178" w14:textId="77777777" w:rsidR="00855B75" w:rsidRDefault="00000000">
            <w:r>
              <w:rPr>
                <w:i/>
              </w:rPr>
              <w:t>Rappel : les 15 points auparavant attribués à l'ancrage territorial ont été redistribués (+5 points chacun) sur les critères 1 « Pertinence climatique », 2 « Portage réel par les jeunes » et 6 « Durabilité après la subvention ». À confirmer par le Conseil Régional si cette répartition ne correspond pas à l'intention retenue.</w:t>
            </w:r>
          </w:p>
        </w:tc>
      </w:tr>
    </w:tbl>
    <w:p w14:paraId="7F876F29" w14:textId="77777777" w:rsidR="00855B75" w:rsidRDefault="00000000">
      <w:r>
        <w:br w:type="page"/>
      </w:r>
    </w:p>
    <w:tbl>
      <w:tblPr>
        <w:tblW w:w="0" w:type="auto"/>
        <w:jc w:val="center"/>
        <w:tblLayout w:type="fixed"/>
        <w:tblLook w:val="04A0" w:firstRow="1" w:lastRow="0" w:firstColumn="1" w:lastColumn="0" w:noHBand="0" w:noVBand="1"/>
      </w:tblPr>
      <w:tblGrid>
        <w:gridCol w:w="1584"/>
        <w:gridCol w:w="11807"/>
        <w:gridCol w:w="1584"/>
      </w:tblGrid>
      <w:tr w:rsidR="00855B75" w14:paraId="2894E3B9" w14:textId="77777777">
        <w:trPr>
          <w:jc w:val="center"/>
        </w:trPr>
        <w:tc>
          <w:tcPr>
            <w:tcW w:w="1584" w:type="dxa"/>
            <w:vAlign w:val="center"/>
          </w:tcPr>
          <w:p w14:paraId="09C07986" w14:textId="77777777" w:rsidR="00855B75" w:rsidRDefault="00000000">
            <w:pPr>
              <w:spacing w:after="0"/>
            </w:pPr>
            <w:r>
              <w:rPr>
                <w:noProof/>
              </w:rPr>
              <w:drawing>
                <wp:inline distT="0" distB="0" distL="0" distR="0" wp14:anchorId="6D51E710" wp14:editId="7A1A32D1">
                  <wp:extent cx="868680" cy="86868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8-12 at 15.05.23.jpeg"/>
                          <pic:cNvPicPr/>
                        </pic:nvPicPr>
                        <pic:blipFill>
                          <a:blip r:embed="rId8"/>
                          <a:stretch>
                            <a:fillRect/>
                          </a:stretch>
                        </pic:blipFill>
                        <pic:spPr>
                          <a:xfrm>
                            <a:off x="0" y="0"/>
                            <a:ext cx="868680" cy="868680"/>
                          </a:xfrm>
                          <a:prstGeom prst="rect">
                            <a:avLst/>
                          </a:prstGeom>
                        </pic:spPr>
                      </pic:pic>
                    </a:graphicData>
                  </a:graphic>
                </wp:inline>
              </w:drawing>
            </w:r>
          </w:p>
        </w:tc>
        <w:tc>
          <w:tcPr>
            <w:tcW w:w="11807" w:type="dxa"/>
            <w:vAlign w:val="center"/>
          </w:tcPr>
          <w:p w14:paraId="3802C673" w14:textId="77777777" w:rsidR="00855B75" w:rsidRDefault="00000000">
            <w:pPr>
              <w:spacing w:after="0"/>
              <w:jc w:val="center"/>
            </w:pPr>
            <w:r>
              <w:rPr>
                <w:b/>
                <w:color w:val="006666"/>
                <w:sz w:val="30"/>
              </w:rPr>
              <w:t>CONSEIL RÉGIONAL DE LA MÉ</w:t>
            </w:r>
            <w:r>
              <w:rPr>
                <w:b/>
                <w:color w:val="006666"/>
                <w:sz w:val="30"/>
              </w:rPr>
              <w:br/>
            </w:r>
            <w:r>
              <w:rPr>
                <w:b/>
              </w:rPr>
              <w:t>APPEL À CANDIDATURES FJAC / YCAF — LA MÉ</w:t>
            </w:r>
            <w:r>
              <w:rPr>
                <w:b/>
              </w:rPr>
              <w:br/>
            </w:r>
            <w:r w:rsidRPr="00B004FF">
              <w:rPr>
                <w:i/>
                <w:color w:val="EE0000"/>
                <w:sz w:val="24"/>
              </w:rPr>
              <w:t>BUDGET DETAILLE</w:t>
            </w:r>
          </w:p>
        </w:tc>
        <w:tc>
          <w:tcPr>
            <w:tcW w:w="1584" w:type="dxa"/>
            <w:vAlign w:val="center"/>
          </w:tcPr>
          <w:p w14:paraId="5D83E92A" w14:textId="77777777" w:rsidR="00855B75" w:rsidRDefault="00000000">
            <w:pPr>
              <w:spacing w:after="0"/>
              <w:jc w:val="right"/>
            </w:pPr>
            <w:r>
              <w:rPr>
                <w:noProof/>
              </w:rPr>
              <w:drawing>
                <wp:inline distT="0" distB="0" distL="0" distR="0" wp14:anchorId="5A1C6C3E" wp14:editId="0F716B28">
                  <wp:extent cx="868680" cy="77908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ONSEL.jpg"/>
                          <pic:cNvPicPr/>
                        </pic:nvPicPr>
                        <pic:blipFill>
                          <a:blip r:embed="rId9"/>
                          <a:stretch>
                            <a:fillRect/>
                          </a:stretch>
                        </pic:blipFill>
                        <pic:spPr>
                          <a:xfrm>
                            <a:off x="0" y="0"/>
                            <a:ext cx="868680" cy="779085"/>
                          </a:xfrm>
                          <a:prstGeom prst="rect">
                            <a:avLst/>
                          </a:prstGeom>
                        </pic:spPr>
                      </pic:pic>
                    </a:graphicData>
                  </a:graphic>
                </wp:inline>
              </w:drawing>
            </w:r>
          </w:p>
        </w:tc>
      </w:tr>
    </w:tbl>
    <w:p w14:paraId="72F10686" w14:textId="77777777" w:rsidR="00855B75" w:rsidRDefault="00855B75">
      <w:pPr>
        <w:spacing w:after="0"/>
      </w:pPr>
    </w:p>
    <w:tbl>
      <w:tblPr>
        <w:tblStyle w:val="Grilledutableau"/>
        <w:tblW w:w="0" w:type="auto"/>
        <w:jc w:val="center"/>
        <w:tblLayout w:type="fixed"/>
        <w:tblLook w:val="04A0" w:firstRow="1" w:lastRow="0" w:firstColumn="1" w:lastColumn="0" w:noHBand="0" w:noVBand="1"/>
      </w:tblPr>
      <w:tblGrid>
        <w:gridCol w:w="2232"/>
        <w:gridCol w:w="3096"/>
        <w:gridCol w:w="3096"/>
        <w:gridCol w:w="2232"/>
        <w:gridCol w:w="1584"/>
        <w:gridCol w:w="3240"/>
      </w:tblGrid>
      <w:tr w:rsidR="00855B75" w14:paraId="0586DB83" w14:textId="77777777">
        <w:trPr>
          <w:cantSplit/>
          <w:trHeight w:val="547"/>
          <w:jc w:val="center"/>
        </w:trPr>
        <w:tc>
          <w:tcPr>
            <w:tcW w:w="15480" w:type="dxa"/>
            <w:gridSpan w:val="6"/>
            <w:tcBorders>
              <w:top w:val="single" w:sz="4" w:space="0" w:color="8C8C8C"/>
              <w:left w:val="single" w:sz="4" w:space="0" w:color="8C8C8C"/>
              <w:bottom w:val="single" w:sz="4" w:space="0" w:color="8C8C8C"/>
              <w:right w:val="single" w:sz="4" w:space="0" w:color="8C8C8C"/>
            </w:tcBorders>
            <w:shd w:val="clear" w:color="auto" w:fill="0B6B68"/>
            <w:tcMar>
              <w:top w:w="70" w:type="dxa"/>
              <w:left w:w="85" w:type="dxa"/>
              <w:bottom w:w="70" w:type="dxa"/>
              <w:right w:w="85" w:type="dxa"/>
            </w:tcMar>
            <w:vAlign w:val="center"/>
          </w:tcPr>
          <w:p w14:paraId="2394261D" w14:textId="77777777" w:rsidR="00855B75" w:rsidRDefault="00000000">
            <w:pPr>
              <w:jc w:val="center"/>
            </w:pPr>
            <w:r>
              <w:rPr>
                <w:b/>
              </w:rPr>
              <w:t>BUDGET DÉTAILLÉ DU PROJET</w:t>
            </w:r>
          </w:p>
        </w:tc>
      </w:tr>
      <w:tr w:rsidR="00855B75" w14:paraId="1067360C" w14:textId="77777777">
        <w:trPr>
          <w:cantSplit/>
          <w:jc w:val="center"/>
        </w:trPr>
        <w:tc>
          <w:tcPr>
            <w:tcW w:w="15480" w:type="dxa"/>
            <w:gridSpan w:val="6"/>
            <w:tcBorders>
              <w:top w:val="single" w:sz="4" w:space="0" w:color="8C8C8C"/>
              <w:left w:val="single" w:sz="4" w:space="0" w:color="8C8C8C"/>
              <w:bottom w:val="single" w:sz="4" w:space="0" w:color="8C8C8C"/>
              <w:right w:val="single" w:sz="4" w:space="0" w:color="8C8C8C"/>
            </w:tcBorders>
            <w:shd w:val="clear" w:color="auto" w:fill="DCEFEF"/>
            <w:tcMar>
              <w:top w:w="70" w:type="dxa"/>
              <w:left w:w="85" w:type="dxa"/>
              <w:bottom w:w="70" w:type="dxa"/>
              <w:right w:w="85" w:type="dxa"/>
            </w:tcMar>
            <w:vAlign w:val="center"/>
          </w:tcPr>
          <w:p w14:paraId="219FF42D" w14:textId="77777777" w:rsidR="00855B75" w:rsidRDefault="00000000">
            <w:pPr>
              <w:jc w:val="center"/>
            </w:pPr>
            <w:r>
              <w:rPr>
                <w:i/>
              </w:rPr>
              <w:t>Budget total attendu entre 1 000 $ et 5 000 $ US — chaque poste doit être justifié</w:t>
            </w:r>
          </w:p>
        </w:tc>
      </w:tr>
      <w:tr w:rsidR="00855B75" w14:paraId="518E2A0E" w14:textId="77777777">
        <w:trPr>
          <w:cantSplit/>
          <w:jc w:val="center"/>
        </w:trPr>
        <w:tc>
          <w:tcPr>
            <w:tcW w:w="2232"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629119B6" w14:textId="77777777" w:rsidR="00855B75" w:rsidRDefault="00855B75"/>
        </w:tc>
        <w:tc>
          <w:tcPr>
            <w:tcW w:w="3096"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73945386" w14:textId="77777777" w:rsidR="00855B75" w:rsidRDefault="00855B75"/>
        </w:tc>
        <w:tc>
          <w:tcPr>
            <w:tcW w:w="3096"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1C5537EA" w14:textId="77777777" w:rsidR="00855B75" w:rsidRDefault="00855B75"/>
        </w:tc>
        <w:tc>
          <w:tcPr>
            <w:tcW w:w="2232"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0C4EC5C8" w14:textId="77777777" w:rsidR="00855B75" w:rsidRDefault="00855B75"/>
        </w:tc>
        <w:tc>
          <w:tcPr>
            <w:tcW w:w="1584"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45063EDB" w14:textId="77777777" w:rsidR="00855B75" w:rsidRDefault="00855B75"/>
        </w:tc>
        <w:tc>
          <w:tcPr>
            <w:tcW w:w="3240"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1BA6300D" w14:textId="77777777" w:rsidR="00855B75" w:rsidRDefault="00855B75"/>
        </w:tc>
      </w:tr>
      <w:tr w:rsidR="00855B75" w14:paraId="5E780D6A" w14:textId="77777777">
        <w:trPr>
          <w:cantSplit/>
          <w:tblHeader/>
          <w:jc w:val="center"/>
        </w:trPr>
        <w:tc>
          <w:tcPr>
            <w:tcW w:w="2232" w:type="dxa"/>
            <w:tcBorders>
              <w:top w:val="single" w:sz="4" w:space="0" w:color="8C8C8C"/>
              <w:left w:val="single" w:sz="4" w:space="0" w:color="8C8C8C"/>
              <w:bottom w:val="single" w:sz="4" w:space="0" w:color="8C8C8C"/>
              <w:right w:val="single" w:sz="4" w:space="0" w:color="8C8C8C"/>
            </w:tcBorders>
            <w:shd w:val="clear" w:color="auto" w:fill="A8D5BA"/>
            <w:tcMar>
              <w:top w:w="70" w:type="dxa"/>
              <w:left w:w="85" w:type="dxa"/>
              <w:bottom w:w="70" w:type="dxa"/>
              <w:right w:w="85" w:type="dxa"/>
            </w:tcMar>
            <w:vAlign w:val="center"/>
          </w:tcPr>
          <w:p w14:paraId="55F031ED" w14:textId="77777777" w:rsidR="00855B75" w:rsidRDefault="00000000">
            <w:pPr>
              <w:jc w:val="center"/>
            </w:pPr>
            <w:r>
              <w:rPr>
                <w:b/>
              </w:rPr>
              <w:t>Poste de dépense</w:t>
            </w:r>
          </w:p>
        </w:tc>
        <w:tc>
          <w:tcPr>
            <w:tcW w:w="3096" w:type="dxa"/>
            <w:tcBorders>
              <w:top w:val="single" w:sz="4" w:space="0" w:color="8C8C8C"/>
              <w:left w:val="single" w:sz="4" w:space="0" w:color="8C8C8C"/>
              <w:bottom w:val="single" w:sz="4" w:space="0" w:color="8C8C8C"/>
              <w:right w:val="single" w:sz="4" w:space="0" w:color="8C8C8C"/>
            </w:tcBorders>
            <w:shd w:val="clear" w:color="auto" w:fill="A8D5BA"/>
            <w:tcMar>
              <w:top w:w="70" w:type="dxa"/>
              <w:left w:w="85" w:type="dxa"/>
              <w:bottom w:w="70" w:type="dxa"/>
              <w:right w:w="85" w:type="dxa"/>
            </w:tcMar>
            <w:vAlign w:val="center"/>
          </w:tcPr>
          <w:p w14:paraId="7AB83EF0" w14:textId="77777777" w:rsidR="00855B75" w:rsidRDefault="00000000">
            <w:pPr>
              <w:jc w:val="center"/>
            </w:pPr>
            <w:r>
              <w:rPr>
                <w:b/>
              </w:rPr>
              <w:t>Description</w:t>
            </w:r>
          </w:p>
        </w:tc>
        <w:tc>
          <w:tcPr>
            <w:tcW w:w="3096" w:type="dxa"/>
            <w:tcBorders>
              <w:top w:val="single" w:sz="4" w:space="0" w:color="8C8C8C"/>
              <w:left w:val="single" w:sz="4" w:space="0" w:color="8C8C8C"/>
              <w:bottom w:val="single" w:sz="4" w:space="0" w:color="8C8C8C"/>
              <w:right w:val="single" w:sz="4" w:space="0" w:color="8C8C8C"/>
            </w:tcBorders>
            <w:shd w:val="clear" w:color="auto" w:fill="A8D5BA"/>
            <w:tcMar>
              <w:top w:w="70" w:type="dxa"/>
              <w:left w:w="85" w:type="dxa"/>
              <w:bottom w:w="70" w:type="dxa"/>
              <w:right w:w="85" w:type="dxa"/>
            </w:tcMar>
            <w:vAlign w:val="center"/>
          </w:tcPr>
          <w:p w14:paraId="09538855" w14:textId="77777777" w:rsidR="00855B75" w:rsidRDefault="00000000">
            <w:pPr>
              <w:jc w:val="center"/>
            </w:pPr>
            <w:r>
              <w:rPr>
                <w:b/>
              </w:rPr>
              <w:t>Quantité</w:t>
            </w:r>
          </w:p>
        </w:tc>
        <w:tc>
          <w:tcPr>
            <w:tcW w:w="2232" w:type="dxa"/>
            <w:tcBorders>
              <w:top w:val="single" w:sz="4" w:space="0" w:color="8C8C8C"/>
              <w:left w:val="single" w:sz="4" w:space="0" w:color="8C8C8C"/>
              <w:bottom w:val="single" w:sz="4" w:space="0" w:color="8C8C8C"/>
              <w:right w:val="single" w:sz="4" w:space="0" w:color="8C8C8C"/>
            </w:tcBorders>
            <w:shd w:val="clear" w:color="auto" w:fill="A8D5BA"/>
            <w:tcMar>
              <w:top w:w="70" w:type="dxa"/>
              <w:left w:w="85" w:type="dxa"/>
              <w:bottom w:w="70" w:type="dxa"/>
              <w:right w:w="85" w:type="dxa"/>
            </w:tcMar>
            <w:vAlign w:val="center"/>
          </w:tcPr>
          <w:p w14:paraId="64A1E431" w14:textId="77777777" w:rsidR="00855B75" w:rsidRDefault="00000000">
            <w:pPr>
              <w:jc w:val="center"/>
            </w:pPr>
            <w:r>
              <w:rPr>
                <w:b/>
              </w:rPr>
              <w:t>Coût unitaire ($)</w:t>
            </w:r>
          </w:p>
        </w:tc>
        <w:tc>
          <w:tcPr>
            <w:tcW w:w="1584" w:type="dxa"/>
            <w:tcBorders>
              <w:top w:val="single" w:sz="4" w:space="0" w:color="8C8C8C"/>
              <w:left w:val="single" w:sz="4" w:space="0" w:color="8C8C8C"/>
              <w:bottom w:val="single" w:sz="4" w:space="0" w:color="8C8C8C"/>
              <w:right w:val="single" w:sz="4" w:space="0" w:color="8C8C8C"/>
            </w:tcBorders>
            <w:shd w:val="clear" w:color="auto" w:fill="A8D5BA"/>
            <w:tcMar>
              <w:top w:w="70" w:type="dxa"/>
              <w:left w:w="85" w:type="dxa"/>
              <w:bottom w:w="70" w:type="dxa"/>
              <w:right w:w="85" w:type="dxa"/>
            </w:tcMar>
            <w:vAlign w:val="center"/>
          </w:tcPr>
          <w:p w14:paraId="31BC184C" w14:textId="77777777" w:rsidR="00855B75" w:rsidRDefault="00000000">
            <w:pPr>
              <w:jc w:val="center"/>
            </w:pPr>
            <w:r>
              <w:rPr>
                <w:b/>
              </w:rPr>
              <w:t>Montant ($)</w:t>
            </w:r>
          </w:p>
        </w:tc>
        <w:tc>
          <w:tcPr>
            <w:tcW w:w="3240" w:type="dxa"/>
            <w:tcBorders>
              <w:top w:val="single" w:sz="4" w:space="0" w:color="8C8C8C"/>
              <w:left w:val="single" w:sz="4" w:space="0" w:color="8C8C8C"/>
              <w:bottom w:val="single" w:sz="4" w:space="0" w:color="8C8C8C"/>
              <w:right w:val="single" w:sz="4" w:space="0" w:color="8C8C8C"/>
            </w:tcBorders>
            <w:shd w:val="clear" w:color="auto" w:fill="A8D5BA"/>
            <w:tcMar>
              <w:top w:w="70" w:type="dxa"/>
              <w:left w:w="85" w:type="dxa"/>
              <w:bottom w:w="70" w:type="dxa"/>
              <w:right w:w="85" w:type="dxa"/>
            </w:tcMar>
            <w:vAlign w:val="center"/>
          </w:tcPr>
          <w:p w14:paraId="17FCF60D" w14:textId="77777777" w:rsidR="00855B75" w:rsidRDefault="00000000">
            <w:pPr>
              <w:jc w:val="center"/>
            </w:pPr>
            <w:r>
              <w:rPr>
                <w:b/>
              </w:rPr>
              <w:t>Justification</w:t>
            </w:r>
          </w:p>
        </w:tc>
      </w:tr>
      <w:tr w:rsidR="00855B75" w14:paraId="781C5821" w14:textId="77777777">
        <w:trPr>
          <w:cantSplit/>
          <w:jc w:val="center"/>
        </w:trPr>
        <w:tc>
          <w:tcPr>
            <w:tcW w:w="2232"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3EA77A4B" w14:textId="77777777" w:rsidR="00855B75" w:rsidRDefault="00855B75"/>
        </w:tc>
        <w:tc>
          <w:tcPr>
            <w:tcW w:w="3096"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3A0B6078" w14:textId="77777777" w:rsidR="00855B75" w:rsidRDefault="00855B75"/>
        </w:tc>
        <w:tc>
          <w:tcPr>
            <w:tcW w:w="3096"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6180B189" w14:textId="77777777" w:rsidR="00855B75" w:rsidRDefault="00855B75"/>
        </w:tc>
        <w:tc>
          <w:tcPr>
            <w:tcW w:w="2232"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2127BBB9" w14:textId="77777777" w:rsidR="00855B75" w:rsidRDefault="00855B75"/>
        </w:tc>
        <w:tc>
          <w:tcPr>
            <w:tcW w:w="1584"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0C5971B7" w14:textId="77777777" w:rsidR="00855B75" w:rsidRDefault="00855B75"/>
        </w:tc>
        <w:tc>
          <w:tcPr>
            <w:tcW w:w="3240"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5E6C3439" w14:textId="77777777" w:rsidR="00855B75" w:rsidRDefault="00855B75"/>
        </w:tc>
      </w:tr>
      <w:tr w:rsidR="00855B75" w14:paraId="381B825B" w14:textId="77777777">
        <w:trPr>
          <w:cantSplit/>
          <w:jc w:val="center"/>
        </w:trPr>
        <w:tc>
          <w:tcPr>
            <w:tcW w:w="2232"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726DD9A1" w14:textId="77777777" w:rsidR="00855B75" w:rsidRDefault="00855B75"/>
        </w:tc>
        <w:tc>
          <w:tcPr>
            <w:tcW w:w="3096"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7B42E833" w14:textId="77777777" w:rsidR="00855B75" w:rsidRDefault="00855B75"/>
        </w:tc>
        <w:tc>
          <w:tcPr>
            <w:tcW w:w="3096"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50D2F053" w14:textId="77777777" w:rsidR="00855B75" w:rsidRDefault="00855B75"/>
        </w:tc>
        <w:tc>
          <w:tcPr>
            <w:tcW w:w="2232"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475A8D79" w14:textId="77777777" w:rsidR="00855B75" w:rsidRDefault="00855B75"/>
        </w:tc>
        <w:tc>
          <w:tcPr>
            <w:tcW w:w="1584"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77F23551" w14:textId="77777777" w:rsidR="00855B75" w:rsidRDefault="00855B75"/>
        </w:tc>
        <w:tc>
          <w:tcPr>
            <w:tcW w:w="3240"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21F466E1" w14:textId="77777777" w:rsidR="00855B75" w:rsidRDefault="00855B75"/>
        </w:tc>
      </w:tr>
      <w:tr w:rsidR="00855B75" w14:paraId="0CD7EA6E" w14:textId="77777777">
        <w:trPr>
          <w:cantSplit/>
          <w:jc w:val="center"/>
        </w:trPr>
        <w:tc>
          <w:tcPr>
            <w:tcW w:w="2232"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1264B4E1" w14:textId="77777777" w:rsidR="00855B75" w:rsidRDefault="00855B75"/>
        </w:tc>
        <w:tc>
          <w:tcPr>
            <w:tcW w:w="3096"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3C7BCAB8" w14:textId="77777777" w:rsidR="00855B75" w:rsidRDefault="00855B75"/>
        </w:tc>
        <w:tc>
          <w:tcPr>
            <w:tcW w:w="3096"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741CCA69" w14:textId="77777777" w:rsidR="00855B75" w:rsidRDefault="00855B75"/>
        </w:tc>
        <w:tc>
          <w:tcPr>
            <w:tcW w:w="2232"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0F8E089F" w14:textId="77777777" w:rsidR="00855B75" w:rsidRDefault="00855B75"/>
        </w:tc>
        <w:tc>
          <w:tcPr>
            <w:tcW w:w="1584"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56ED7395" w14:textId="77777777" w:rsidR="00855B75" w:rsidRDefault="00855B75"/>
        </w:tc>
        <w:tc>
          <w:tcPr>
            <w:tcW w:w="3240"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6E780154" w14:textId="77777777" w:rsidR="00855B75" w:rsidRDefault="00855B75"/>
        </w:tc>
      </w:tr>
      <w:tr w:rsidR="00855B75" w14:paraId="7F59F130" w14:textId="77777777">
        <w:trPr>
          <w:cantSplit/>
          <w:jc w:val="center"/>
        </w:trPr>
        <w:tc>
          <w:tcPr>
            <w:tcW w:w="2232"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52493BA0" w14:textId="77777777" w:rsidR="00855B75" w:rsidRDefault="00855B75"/>
        </w:tc>
        <w:tc>
          <w:tcPr>
            <w:tcW w:w="3096"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5E8155C5" w14:textId="77777777" w:rsidR="00855B75" w:rsidRDefault="00855B75"/>
        </w:tc>
        <w:tc>
          <w:tcPr>
            <w:tcW w:w="3096"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22C44EF2" w14:textId="77777777" w:rsidR="00855B75" w:rsidRDefault="00855B75"/>
        </w:tc>
        <w:tc>
          <w:tcPr>
            <w:tcW w:w="2232"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60154E5D" w14:textId="77777777" w:rsidR="00855B75" w:rsidRDefault="00855B75"/>
        </w:tc>
        <w:tc>
          <w:tcPr>
            <w:tcW w:w="1584"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2C6C2552" w14:textId="77777777" w:rsidR="00855B75" w:rsidRDefault="00855B75"/>
        </w:tc>
        <w:tc>
          <w:tcPr>
            <w:tcW w:w="3240"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4BE084F8" w14:textId="77777777" w:rsidR="00855B75" w:rsidRDefault="00855B75"/>
        </w:tc>
      </w:tr>
      <w:tr w:rsidR="00855B75" w14:paraId="6E43F23A" w14:textId="77777777">
        <w:trPr>
          <w:cantSplit/>
          <w:jc w:val="center"/>
        </w:trPr>
        <w:tc>
          <w:tcPr>
            <w:tcW w:w="2232"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3886A923" w14:textId="77777777" w:rsidR="00855B75" w:rsidRDefault="00855B75"/>
        </w:tc>
        <w:tc>
          <w:tcPr>
            <w:tcW w:w="3096"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2113705E" w14:textId="77777777" w:rsidR="00855B75" w:rsidRDefault="00855B75"/>
        </w:tc>
        <w:tc>
          <w:tcPr>
            <w:tcW w:w="3096"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01CA9906" w14:textId="77777777" w:rsidR="00855B75" w:rsidRDefault="00855B75"/>
        </w:tc>
        <w:tc>
          <w:tcPr>
            <w:tcW w:w="2232"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545D2A9C" w14:textId="77777777" w:rsidR="00855B75" w:rsidRDefault="00855B75"/>
        </w:tc>
        <w:tc>
          <w:tcPr>
            <w:tcW w:w="1584"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15387BB1" w14:textId="77777777" w:rsidR="00855B75" w:rsidRDefault="00855B75"/>
        </w:tc>
        <w:tc>
          <w:tcPr>
            <w:tcW w:w="3240"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32EDF7B0" w14:textId="77777777" w:rsidR="00855B75" w:rsidRDefault="00855B75"/>
        </w:tc>
      </w:tr>
      <w:tr w:rsidR="00855B75" w14:paraId="2F1053C0" w14:textId="77777777">
        <w:trPr>
          <w:cantSplit/>
          <w:jc w:val="center"/>
        </w:trPr>
        <w:tc>
          <w:tcPr>
            <w:tcW w:w="2232"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3FB08C5D" w14:textId="77777777" w:rsidR="00855B75" w:rsidRDefault="00855B75"/>
        </w:tc>
        <w:tc>
          <w:tcPr>
            <w:tcW w:w="3096"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730597D6" w14:textId="77777777" w:rsidR="00855B75" w:rsidRDefault="00855B75"/>
        </w:tc>
        <w:tc>
          <w:tcPr>
            <w:tcW w:w="3096"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389ED498" w14:textId="77777777" w:rsidR="00855B75" w:rsidRDefault="00855B75"/>
        </w:tc>
        <w:tc>
          <w:tcPr>
            <w:tcW w:w="2232"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404E9BC4" w14:textId="77777777" w:rsidR="00855B75" w:rsidRDefault="00855B75"/>
        </w:tc>
        <w:tc>
          <w:tcPr>
            <w:tcW w:w="1584"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22BA9229" w14:textId="77777777" w:rsidR="00855B75" w:rsidRDefault="00855B75"/>
        </w:tc>
        <w:tc>
          <w:tcPr>
            <w:tcW w:w="3240"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6A85EE35" w14:textId="77777777" w:rsidR="00855B75" w:rsidRDefault="00855B75"/>
        </w:tc>
      </w:tr>
      <w:tr w:rsidR="00855B75" w14:paraId="209DFE1A" w14:textId="77777777">
        <w:trPr>
          <w:cantSplit/>
          <w:jc w:val="center"/>
        </w:trPr>
        <w:tc>
          <w:tcPr>
            <w:tcW w:w="2232"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2069C731" w14:textId="77777777" w:rsidR="00855B75" w:rsidRDefault="00855B75"/>
        </w:tc>
        <w:tc>
          <w:tcPr>
            <w:tcW w:w="3096"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150B5F7F" w14:textId="77777777" w:rsidR="00855B75" w:rsidRDefault="00855B75"/>
        </w:tc>
        <w:tc>
          <w:tcPr>
            <w:tcW w:w="3096"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705B438E" w14:textId="77777777" w:rsidR="00855B75" w:rsidRDefault="00855B75"/>
        </w:tc>
        <w:tc>
          <w:tcPr>
            <w:tcW w:w="2232"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783B962B" w14:textId="77777777" w:rsidR="00855B75" w:rsidRDefault="00855B75"/>
        </w:tc>
        <w:tc>
          <w:tcPr>
            <w:tcW w:w="1584"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20FCEBEE" w14:textId="77777777" w:rsidR="00855B75" w:rsidRDefault="00855B75"/>
        </w:tc>
        <w:tc>
          <w:tcPr>
            <w:tcW w:w="3240"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21F3CA20" w14:textId="77777777" w:rsidR="00855B75" w:rsidRDefault="00855B75"/>
        </w:tc>
      </w:tr>
      <w:tr w:rsidR="00855B75" w14:paraId="6F0FF3A6" w14:textId="77777777">
        <w:trPr>
          <w:cantSplit/>
          <w:jc w:val="center"/>
        </w:trPr>
        <w:tc>
          <w:tcPr>
            <w:tcW w:w="2232"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6829E211" w14:textId="77777777" w:rsidR="00855B75" w:rsidRDefault="00855B75"/>
        </w:tc>
        <w:tc>
          <w:tcPr>
            <w:tcW w:w="3096"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29D28FFA" w14:textId="77777777" w:rsidR="00855B75" w:rsidRDefault="00855B75"/>
        </w:tc>
        <w:tc>
          <w:tcPr>
            <w:tcW w:w="3096"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0DEA2F95" w14:textId="77777777" w:rsidR="00855B75" w:rsidRDefault="00855B75"/>
        </w:tc>
        <w:tc>
          <w:tcPr>
            <w:tcW w:w="2232"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6C301EB9" w14:textId="77777777" w:rsidR="00855B75" w:rsidRDefault="00855B75"/>
        </w:tc>
        <w:tc>
          <w:tcPr>
            <w:tcW w:w="1584"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0D1796DF" w14:textId="77777777" w:rsidR="00855B75" w:rsidRDefault="00855B75"/>
        </w:tc>
        <w:tc>
          <w:tcPr>
            <w:tcW w:w="3240"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5D039FA2" w14:textId="77777777" w:rsidR="00855B75" w:rsidRDefault="00855B75"/>
        </w:tc>
      </w:tr>
      <w:tr w:rsidR="00855B75" w14:paraId="4B729D74" w14:textId="77777777">
        <w:trPr>
          <w:cantSplit/>
          <w:jc w:val="center"/>
        </w:trPr>
        <w:tc>
          <w:tcPr>
            <w:tcW w:w="2232"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5203136D" w14:textId="77777777" w:rsidR="00855B75" w:rsidRDefault="00855B75"/>
        </w:tc>
        <w:tc>
          <w:tcPr>
            <w:tcW w:w="3096"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5B0D1AA2" w14:textId="77777777" w:rsidR="00855B75" w:rsidRDefault="00855B75"/>
        </w:tc>
        <w:tc>
          <w:tcPr>
            <w:tcW w:w="3096"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20C3911F" w14:textId="77777777" w:rsidR="00855B75" w:rsidRDefault="00855B75"/>
        </w:tc>
        <w:tc>
          <w:tcPr>
            <w:tcW w:w="2232"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09A304B1" w14:textId="77777777" w:rsidR="00855B75" w:rsidRDefault="00855B75"/>
        </w:tc>
        <w:tc>
          <w:tcPr>
            <w:tcW w:w="1584"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4DF7B724" w14:textId="77777777" w:rsidR="00855B75" w:rsidRDefault="00855B75"/>
        </w:tc>
        <w:tc>
          <w:tcPr>
            <w:tcW w:w="3240"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3339CCCD" w14:textId="77777777" w:rsidR="00855B75" w:rsidRDefault="00855B75"/>
        </w:tc>
      </w:tr>
      <w:tr w:rsidR="00855B75" w14:paraId="5EF1C83C" w14:textId="77777777">
        <w:trPr>
          <w:cantSplit/>
          <w:jc w:val="center"/>
        </w:trPr>
        <w:tc>
          <w:tcPr>
            <w:tcW w:w="2232"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070F41D6" w14:textId="77777777" w:rsidR="00855B75" w:rsidRDefault="00855B75"/>
        </w:tc>
        <w:tc>
          <w:tcPr>
            <w:tcW w:w="3096"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6F5D6849" w14:textId="77777777" w:rsidR="00855B75" w:rsidRDefault="00855B75"/>
        </w:tc>
        <w:tc>
          <w:tcPr>
            <w:tcW w:w="3096"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6D76A58A" w14:textId="77777777" w:rsidR="00855B75" w:rsidRDefault="00855B75"/>
        </w:tc>
        <w:tc>
          <w:tcPr>
            <w:tcW w:w="2232"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7BB9840F" w14:textId="77777777" w:rsidR="00855B75" w:rsidRDefault="00855B75"/>
        </w:tc>
        <w:tc>
          <w:tcPr>
            <w:tcW w:w="1584"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170C2711" w14:textId="77777777" w:rsidR="00855B75" w:rsidRDefault="00855B75"/>
        </w:tc>
        <w:tc>
          <w:tcPr>
            <w:tcW w:w="3240"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48437524" w14:textId="77777777" w:rsidR="00855B75" w:rsidRDefault="00855B75"/>
        </w:tc>
      </w:tr>
      <w:tr w:rsidR="00855B75" w14:paraId="6596BB59" w14:textId="77777777">
        <w:trPr>
          <w:cantSplit/>
          <w:jc w:val="center"/>
        </w:trPr>
        <w:tc>
          <w:tcPr>
            <w:tcW w:w="2232"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7C9B7DAF" w14:textId="77777777" w:rsidR="00855B75" w:rsidRDefault="00855B75"/>
        </w:tc>
        <w:tc>
          <w:tcPr>
            <w:tcW w:w="3096"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7431A53F" w14:textId="77777777" w:rsidR="00855B75" w:rsidRDefault="00855B75"/>
        </w:tc>
        <w:tc>
          <w:tcPr>
            <w:tcW w:w="3096"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2F9D59B3" w14:textId="77777777" w:rsidR="00855B75" w:rsidRDefault="00855B75"/>
        </w:tc>
        <w:tc>
          <w:tcPr>
            <w:tcW w:w="2232"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4286EC96" w14:textId="77777777" w:rsidR="00855B75" w:rsidRDefault="00000000">
            <w:r>
              <w:rPr>
                <w:b/>
              </w:rPr>
              <w:t>Sous-total activités</w:t>
            </w:r>
          </w:p>
        </w:tc>
        <w:tc>
          <w:tcPr>
            <w:tcW w:w="1584"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4D2F180C" w14:textId="77777777" w:rsidR="00855B75" w:rsidRDefault="00855B75"/>
        </w:tc>
        <w:tc>
          <w:tcPr>
            <w:tcW w:w="3240"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22BA713B" w14:textId="77777777" w:rsidR="00855B75" w:rsidRDefault="00855B75"/>
        </w:tc>
      </w:tr>
      <w:tr w:rsidR="00855B75" w14:paraId="20EE5B5A" w14:textId="77777777">
        <w:trPr>
          <w:cantSplit/>
          <w:jc w:val="center"/>
        </w:trPr>
        <w:tc>
          <w:tcPr>
            <w:tcW w:w="2232"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629E3A25" w14:textId="77777777" w:rsidR="00855B75" w:rsidRDefault="00855B75"/>
        </w:tc>
        <w:tc>
          <w:tcPr>
            <w:tcW w:w="3096"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6B297E19" w14:textId="77777777" w:rsidR="00855B75" w:rsidRDefault="00855B75"/>
        </w:tc>
        <w:tc>
          <w:tcPr>
            <w:tcW w:w="3096"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31D76B10" w14:textId="77777777" w:rsidR="00855B75" w:rsidRDefault="00855B75"/>
        </w:tc>
        <w:tc>
          <w:tcPr>
            <w:tcW w:w="2232"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30330088" w14:textId="77777777" w:rsidR="00855B75" w:rsidRDefault="00000000">
            <w:r>
              <w:rPr>
                <w:b/>
              </w:rPr>
              <w:t>Frais administratifs (org. hôte)</w:t>
            </w:r>
          </w:p>
        </w:tc>
        <w:tc>
          <w:tcPr>
            <w:tcW w:w="1584"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2FA83255" w14:textId="77777777" w:rsidR="00855B75" w:rsidRDefault="00855B75"/>
        </w:tc>
        <w:tc>
          <w:tcPr>
            <w:tcW w:w="3240"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629FA0F2" w14:textId="77777777" w:rsidR="00855B75" w:rsidRDefault="00000000">
            <w:r>
              <w:t>Plafond légal : 15 % du total</w:t>
            </w:r>
          </w:p>
        </w:tc>
      </w:tr>
      <w:tr w:rsidR="00855B75" w14:paraId="2D399DDD" w14:textId="77777777">
        <w:trPr>
          <w:cantSplit/>
          <w:jc w:val="center"/>
        </w:trPr>
        <w:tc>
          <w:tcPr>
            <w:tcW w:w="2232"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733353B3" w14:textId="77777777" w:rsidR="00855B75" w:rsidRDefault="00855B75"/>
        </w:tc>
        <w:tc>
          <w:tcPr>
            <w:tcW w:w="3096"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131EE939" w14:textId="77777777" w:rsidR="00855B75" w:rsidRDefault="00855B75"/>
        </w:tc>
        <w:tc>
          <w:tcPr>
            <w:tcW w:w="3096"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23E5F877" w14:textId="77777777" w:rsidR="00855B75" w:rsidRDefault="00855B75"/>
        </w:tc>
        <w:tc>
          <w:tcPr>
            <w:tcW w:w="2232"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4879AF04" w14:textId="77777777" w:rsidR="00855B75" w:rsidRDefault="00000000">
            <w:r>
              <w:rPr>
                <w:b/>
              </w:rPr>
              <w:t>BUDGET TOTAL DU PROJET</w:t>
            </w:r>
          </w:p>
        </w:tc>
        <w:tc>
          <w:tcPr>
            <w:tcW w:w="1584"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7F3C18B9" w14:textId="77777777" w:rsidR="00855B75" w:rsidRDefault="00855B75"/>
        </w:tc>
        <w:tc>
          <w:tcPr>
            <w:tcW w:w="3240"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3F8D5D1B" w14:textId="77777777" w:rsidR="00855B75" w:rsidRDefault="00855B75"/>
        </w:tc>
      </w:tr>
      <w:tr w:rsidR="00855B75" w14:paraId="17D96C40" w14:textId="77777777">
        <w:trPr>
          <w:cantSplit/>
          <w:jc w:val="center"/>
        </w:trPr>
        <w:tc>
          <w:tcPr>
            <w:tcW w:w="2232"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166A04F3" w14:textId="77777777" w:rsidR="00855B75" w:rsidRDefault="00855B75"/>
        </w:tc>
        <w:tc>
          <w:tcPr>
            <w:tcW w:w="3096"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7C4C93B3" w14:textId="77777777" w:rsidR="00855B75" w:rsidRDefault="00855B75"/>
        </w:tc>
        <w:tc>
          <w:tcPr>
            <w:tcW w:w="3096"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20CB276D" w14:textId="77777777" w:rsidR="00855B75" w:rsidRDefault="00855B75"/>
        </w:tc>
        <w:tc>
          <w:tcPr>
            <w:tcW w:w="2232"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2CB43B91" w14:textId="77777777" w:rsidR="00855B75" w:rsidRDefault="00000000">
            <w:r>
              <w:t>% frais administratifs</w:t>
            </w:r>
          </w:p>
        </w:tc>
        <w:tc>
          <w:tcPr>
            <w:tcW w:w="1584"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195E01A5" w14:textId="77777777" w:rsidR="00855B75" w:rsidRDefault="00855B75"/>
        </w:tc>
        <w:tc>
          <w:tcPr>
            <w:tcW w:w="3240"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4671D3DC" w14:textId="77777777" w:rsidR="00855B75" w:rsidRDefault="00855B75"/>
        </w:tc>
      </w:tr>
      <w:tr w:rsidR="00855B75" w14:paraId="08F3E97F" w14:textId="77777777">
        <w:trPr>
          <w:cantSplit/>
          <w:jc w:val="center"/>
        </w:trPr>
        <w:tc>
          <w:tcPr>
            <w:tcW w:w="2232"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0B1A981D" w14:textId="77777777" w:rsidR="00855B75" w:rsidRDefault="00855B75"/>
        </w:tc>
        <w:tc>
          <w:tcPr>
            <w:tcW w:w="3096"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164A413E" w14:textId="77777777" w:rsidR="00855B75" w:rsidRDefault="00855B75"/>
        </w:tc>
        <w:tc>
          <w:tcPr>
            <w:tcW w:w="3096"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39B59D8C" w14:textId="77777777" w:rsidR="00855B75" w:rsidRDefault="00855B75"/>
        </w:tc>
        <w:tc>
          <w:tcPr>
            <w:tcW w:w="2232"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0769DC47" w14:textId="77777777" w:rsidR="00855B75" w:rsidRDefault="00000000">
            <w:r>
              <w:rPr>
                <w:b/>
              </w:rPr>
              <w:t>Vérification automatique</w:t>
            </w:r>
          </w:p>
        </w:tc>
        <w:tc>
          <w:tcPr>
            <w:tcW w:w="4824" w:type="dxa"/>
            <w:gridSpan w:val="2"/>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03345029" w14:textId="77777777" w:rsidR="00855B75" w:rsidRDefault="00855B75"/>
        </w:tc>
      </w:tr>
    </w:tbl>
    <w:p w14:paraId="10517440" w14:textId="77777777" w:rsidR="00855B75" w:rsidRDefault="00000000">
      <w:r>
        <w:br w:type="page"/>
      </w:r>
    </w:p>
    <w:tbl>
      <w:tblPr>
        <w:tblW w:w="0" w:type="auto"/>
        <w:jc w:val="center"/>
        <w:tblLayout w:type="fixed"/>
        <w:tblLook w:val="04A0" w:firstRow="1" w:lastRow="0" w:firstColumn="1" w:lastColumn="0" w:noHBand="0" w:noVBand="1"/>
      </w:tblPr>
      <w:tblGrid>
        <w:gridCol w:w="1584"/>
        <w:gridCol w:w="11807"/>
        <w:gridCol w:w="1584"/>
      </w:tblGrid>
      <w:tr w:rsidR="00855B75" w14:paraId="454335F9" w14:textId="77777777">
        <w:trPr>
          <w:jc w:val="center"/>
        </w:trPr>
        <w:tc>
          <w:tcPr>
            <w:tcW w:w="1584" w:type="dxa"/>
            <w:vAlign w:val="center"/>
          </w:tcPr>
          <w:p w14:paraId="1FE56DD2" w14:textId="77777777" w:rsidR="00855B75" w:rsidRDefault="00000000">
            <w:pPr>
              <w:spacing w:after="0"/>
            </w:pPr>
            <w:r>
              <w:rPr>
                <w:noProof/>
              </w:rPr>
              <w:drawing>
                <wp:inline distT="0" distB="0" distL="0" distR="0" wp14:anchorId="0D288ED6" wp14:editId="67FC6F26">
                  <wp:extent cx="868680" cy="86868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8-12 at 15.05.23.jpeg"/>
                          <pic:cNvPicPr/>
                        </pic:nvPicPr>
                        <pic:blipFill>
                          <a:blip r:embed="rId8"/>
                          <a:stretch>
                            <a:fillRect/>
                          </a:stretch>
                        </pic:blipFill>
                        <pic:spPr>
                          <a:xfrm>
                            <a:off x="0" y="0"/>
                            <a:ext cx="868680" cy="868680"/>
                          </a:xfrm>
                          <a:prstGeom prst="rect">
                            <a:avLst/>
                          </a:prstGeom>
                        </pic:spPr>
                      </pic:pic>
                    </a:graphicData>
                  </a:graphic>
                </wp:inline>
              </w:drawing>
            </w:r>
          </w:p>
        </w:tc>
        <w:tc>
          <w:tcPr>
            <w:tcW w:w="11807" w:type="dxa"/>
            <w:vAlign w:val="center"/>
          </w:tcPr>
          <w:p w14:paraId="3FB2CCD2" w14:textId="77777777" w:rsidR="00855B75" w:rsidRDefault="00000000">
            <w:pPr>
              <w:spacing w:after="0"/>
              <w:jc w:val="center"/>
            </w:pPr>
            <w:r>
              <w:rPr>
                <w:b/>
                <w:color w:val="006666"/>
                <w:sz w:val="30"/>
              </w:rPr>
              <w:t>CONSEIL RÉGIONAL DE LA MÉ</w:t>
            </w:r>
            <w:r>
              <w:rPr>
                <w:b/>
                <w:color w:val="006666"/>
                <w:sz w:val="30"/>
              </w:rPr>
              <w:br/>
            </w:r>
            <w:r>
              <w:rPr>
                <w:b/>
              </w:rPr>
              <w:t>APPEL À CANDIDATURES FJAC / YCAF — LA MÉ</w:t>
            </w:r>
            <w:r>
              <w:rPr>
                <w:b/>
              </w:rPr>
              <w:br/>
            </w:r>
            <w:r w:rsidRPr="00B004FF">
              <w:rPr>
                <w:i/>
                <w:color w:val="EE0000"/>
                <w:sz w:val="24"/>
              </w:rPr>
              <w:t>CADRE LOGIQUE ET CALENDRIER</w:t>
            </w:r>
          </w:p>
        </w:tc>
        <w:tc>
          <w:tcPr>
            <w:tcW w:w="1584" w:type="dxa"/>
            <w:vAlign w:val="center"/>
          </w:tcPr>
          <w:p w14:paraId="496866F9" w14:textId="77777777" w:rsidR="00855B75" w:rsidRDefault="00000000">
            <w:pPr>
              <w:spacing w:after="0"/>
              <w:jc w:val="right"/>
            </w:pPr>
            <w:r>
              <w:rPr>
                <w:noProof/>
              </w:rPr>
              <w:drawing>
                <wp:inline distT="0" distB="0" distL="0" distR="0" wp14:anchorId="5A40E29D" wp14:editId="06428AC3">
                  <wp:extent cx="868680" cy="77908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ONSEL.jpg"/>
                          <pic:cNvPicPr/>
                        </pic:nvPicPr>
                        <pic:blipFill>
                          <a:blip r:embed="rId9"/>
                          <a:stretch>
                            <a:fillRect/>
                          </a:stretch>
                        </pic:blipFill>
                        <pic:spPr>
                          <a:xfrm>
                            <a:off x="0" y="0"/>
                            <a:ext cx="868680" cy="779085"/>
                          </a:xfrm>
                          <a:prstGeom prst="rect">
                            <a:avLst/>
                          </a:prstGeom>
                        </pic:spPr>
                      </pic:pic>
                    </a:graphicData>
                  </a:graphic>
                </wp:inline>
              </w:drawing>
            </w:r>
          </w:p>
        </w:tc>
      </w:tr>
    </w:tbl>
    <w:p w14:paraId="3E7A714A" w14:textId="77777777" w:rsidR="00855B75" w:rsidRDefault="00855B75">
      <w:pPr>
        <w:spacing w:after="0"/>
      </w:pPr>
    </w:p>
    <w:tbl>
      <w:tblPr>
        <w:tblStyle w:val="Grilledutableau"/>
        <w:tblW w:w="0" w:type="auto"/>
        <w:jc w:val="center"/>
        <w:tblLayout w:type="fixed"/>
        <w:tblLook w:val="04A0" w:firstRow="1" w:lastRow="0" w:firstColumn="1" w:lastColumn="0" w:noHBand="0" w:noVBand="1"/>
      </w:tblPr>
      <w:tblGrid>
        <w:gridCol w:w="3960"/>
        <w:gridCol w:w="4464"/>
        <w:gridCol w:w="7056"/>
      </w:tblGrid>
      <w:tr w:rsidR="00855B75" w14:paraId="44DEFECC" w14:textId="77777777">
        <w:trPr>
          <w:cantSplit/>
          <w:trHeight w:val="547"/>
          <w:jc w:val="center"/>
        </w:trPr>
        <w:tc>
          <w:tcPr>
            <w:tcW w:w="15480" w:type="dxa"/>
            <w:gridSpan w:val="3"/>
            <w:tcBorders>
              <w:top w:val="single" w:sz="4" w:space="0" w:color="8C8C8C"/>
              <w:left w:val="single" w:sz="4" w:space="0" w:color="8C8C8C"/>
              <w:bottom w:val="single" w:sz="4" w:space="0" w:color="8C8C8C"/>
              <w:right w:val="single" w:sz="4" w:space="0" w:color="8C8C8C"/>
            </w:tcBorders>
            <w:shd w:val="clear" w:color="auto" w:fill="0B6B68"/>
            <w:tcMar>
              <w:top w:w="70" w:type="dxa"/>
              <w:left w:w="85" w:type="dxa"/>
              <w:bottom w:w="70" w:type="dxa"/>
              <w:right w:w="85" w:type="dxa"/>
            </w:tcMar>
            <w:vAlign w:val="center"/>
          </w:tcPr>
          <w:p w14:paraId="7A5909EF" w14:textId="77777777" w:rsidR="00855B75" w:rsidRDefault="00000000">
            <w:pPr>
              <w:jc w:val="center"/>
            </w:pPr>
            <w:r>
              <w:rPr>
                <w:b/>
              </w:rPr>
              <w:t>CADRE LOGIQUE &amp; CALENDRIER</w:t>
            </w:r>
          </w:p>
        </w:tc>
      </w:tr>
      <w:tr w:rsidR="00855B75" w14:paraId="2537A923" w14:textId="77777777">
        <w:trPr>
          <w:cantSplit/>
          <w:jc w:val="center"/>
        </w:trPr>
        <w:tc>
          <w:tcPr>
            <w:tcW w:w="15480" w:type="dxa"/>
            <w:gridSpan w:val="3"/>
            <w:tcBorders>
              <w:top w:val="single" w:sz="4" w:space="0" w:color="8C8C8C"/>
              <w:left w:val="single" w:sz="4" w:space="0" w:color="8C8C8C"/>
              <w:bottom w:val="single" w:sz="4" w:space="0" w:color="8C8C8C"/>
              <w:right w:val="single" w:sz="4" w:space="0" w:color="8C8C8C"/>
            </w:tcBorders>
            <w:shd w:val="clear" w:color="auto" w:fill="DCEFEF"/>
            <w:tcMar>
              <w:top w:w="70" w:type="dxa"/>
              <w:left w:w="85" w:type="dxa"/>
              <w:bottom w:w="70" w:type="dxa"/>
              <w:right w:w="85" w:type="dxa"/>
            </w:tcMar>
            <w:vAlign w:val="center"/>
          </w:tcPr>
          <w:p w14:paraId="39E1C462" w14:textId="77777777" w:rsidR="00855B75" w:rsidRDefault="00000000">
            <w:pPr>
              <w:jc w:val="center"/>
            </w:pPr>
            <w:r>
              <w:rPr>
                <w:i/>
              </w:rPr>
              <w:t>Objectifs, activités, indicateurs et planning de mise en œuvre</w:t>
            </w:r>
          </w:p>
        </w:tc>
      </w:tr>
      <w:tr w:rsidR="00855B75" w14:paraId="6A6A71F4" w14:textId="77777777">
        <w:trPr>
          <w:cantSplit/>
          <w:jc w:val="center"/>
        </w:trPr>
        <w:tc>
          <w:tcPr>
            <w:tcW w:w="3960"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63606CC5" w14:textId="77777777" w:rsidR="00855B75" w:rsidRDefault="00855B75"/>
        </w:tc>
        <w:tc>
          <w:tcPr>
            <w:tcW w:w="4464"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05399F3B" w14:textId="77777777" w:rsidR="00855B75" w:rsidRDefault="00855B75"/>
        </w:tc>
        <w:tc>
          <w:tcPr>
            <w:tcW w:w="7056"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0E9E4FDC" w14:textId="77777777" w:rsidR="00855B75" w:rsidRDefault="00855B75"/>
        </w:tc>
      </w:tr>
      <w:tr w:rsidR="00855B75" w14:paraId="1EE1FD48" w14:textId="77777777">
        <w:trPr>
          <w:cantSplit/>
          <w:tblHeader/>
          <w:jc w:val="center"/>
        </w:trPr>
        <w:tc>
          <w:tcPr>
            <w:tcW w:w="3960" w:type="dxa"/>
            <w:tcBorders>
              <w:top w:val="single" w:sz="4" w:space="0" w:color="8C8C8C"/>
              <w:left w:val="single" w:sz="4" w:space="0" w:color="8C8C8C"/>
              <w:bottom w:val="single" w:sz="4" w:space="0" w:color="8C8C8C"/>
              <w:right w:val="single" w:sz="4" w:space="0" w:color="8C8C8C"/>
            </w:tcBorders>
            <w:shd w:val="clear" w:color="auto" w:fill="A8D5BA"/>
            <w:tcMar>
              <w:top w:w="70" w:type="dxa"/>
              <w:left w:w="85" w:type="dxa"/>
              <w:bottom w:w="70" w:type="dxa"/>
              <w:right w:w="85" w:type="dxa"/>
            </w:tcMar>
            <w:vAlign w:val="center"/>
          </w:tcPr>
          <w:p w14:paraId="10A27EFA" w14:textId="77777777" w:rsidR="00855B75" w:rsidRDefault="00000000">
            <w:pPr>
              <w:jc w:val="center"/>
            </w:pPr>
            <w:r>
              <w:rPr>
                <w:b/>
              </w:rPr>
              <w:t>Champ</w:t>
            </w:r>
          </w:p>
        </w:tc>
        <w:tc>
          <w:tcPr>
            <w:tcW w:w="4464" w:type="dxa"/>
            <w:tcBorders>
              <w:top w:val="single" w:sz="4" w:space="0" w:color="8C8C8C"/>
              <w:left w:val="single" w:sz="4" w:space="0" w:color="8C8C8C"/>
              <w:bottom w:val="single" w:sz="4" w:space="0" w:color="8C8C8C"/>
              <w:right w:val="single" w:sz="4" w:space="0" w:color="8C8C8C"/>
            </w:tcBorders>
            <w:shd w:val="clear" w:color="auto" w:fill="A8D5BA"/>
            <w:tcMar>
              <w:top w:w="70" w:type="dxa"/>
              <w:left w:w="85" w:type="dxa"/>
              <w:bottom w:w="70" w:type="dxa"/>
              <w:right w:w="85" w:type="dxa"/>
            </w:tcMar>
            <w:vAlign w:val="center"/>
          </w:tcPr>
          <w:p w14:paraId="44EDEE6C" w14:textId="77777777" w:rsidR="00855B75" w:rsidRDefault="00000000">
            <w:pPr>
              <w:jc w:val="center"/>
            </w:pPr>
            <w:r>
              <w:rPr>
                <w:b/>
              </w:rPr>
              <w:t>Votre réponse</w:t>
            </w:r>
          </w:p>
        </w:tc>
        <w:tc>
          <w:tcPr>
            <w:tcW w:w="7056" w:type="dxa"/>
            <w:tcBorders>
              <w:top w:val="single" w:sz="4" w:space="0" w:color="8C8C8C"/>
              <w:left w:val="single" w:sz="4" w:space="0" w:color="8C8C8C"/>
              <w:bottom w:val="single" w:sz="4" w:space="0" w:color="8C8C8C"/>
              <w:right w:val="single" w:sz="4" w:space="0" w:color="8C8C8C"/>
            </w:tcBorders>
            <w:shd w:val="clear" w:color="auto" w:fill="A8D5BA"/>
            <w:tcMar>
              <w:top w:w="70" w:type="dxa"/>
              <w:left w:w="85" w:type="dxa"/>
              <w:bottom w:w="70" w:type="dxa"/>
              <w:right w:w="85" w:type="dxa"/>
            </w:tcMar>
            <w:vAlign w:val="center"/>
          </w:tcPr>
          <w:p w14:paraId="76E08883" w14:textId="77777777" w:rsidR="00855B75" w:rsidRDefault="00000000">
            <w:pPr>
              <w:jc w:val="center"/>
            </w:pPr>
            <w:r>
              <w:rPr>
                <w:b/>
              </w:rPr>
              <w:t>Exemple / conseil</w:t>
            </w:r>
          </w:p>
        </w:tc>
      </w:tr>
      <w:tr w:rsidR="00855B75" w14:paraId="1CC27BCF" w14:textId="77777777">
        <w:trPr>
          <w:cantSplit/>
          <w:jc w:val="center"/>
        </w:trPr>
        <w:tc>
          <w:tcPr>
            <w:tcW w:w="3960"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5EBE7804" w14:textId="77777777" w:rsidR="00855B75" w:rsidRDefault="00000000">
            <w:r>
              <w:rPr>
                <w:b/>
              </w:rPr>
              <w:t>Objectif général du projet</w:t>
            </w:r>
          </w:p>
        </w:tc>
        <w:tc>
          <w:tcPr>
            <w:tcW w:w="4464"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4C0F0885" w14:textId="77777777" w:rsidR="00855B75" w:rsidRDefault="00855B75"/>
        </w:tc>
        <w:tc>
          <w:tcPr>
            <w:tcW w:w="7056"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77C6B2B3" w14:textId="77777777" w:rsidR="00855B75" w:rsidRDefault="00000000">
            <w:r>
              <w:rPr>
                <w:i/>
              </w:rPr>
              <w:t>La finalité à long terme, ex. : « Réduire l'érosion des berges de la Comoé »</w:t>
            </w:r>
          </w:p>
        </w:tc>
      </w:tr>
      <w:tr w:rsidR="00855B75" w14:paraId="2A750C99" w14:textId="77777777">
        <w:trPr>
          <w:cantSplit/>
          <w:jc w:val="center"/>
        </w:trPr>
        <w:tc>
          <w:tcPr>
            <w:tcW w:w="3960"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6C14748F" w14:textId="77777777" w:rsidR="00855B75" w:rsidRDefault="00000000">
            <w:r>
              <w:rPr>
                <w:b/>
              </w:rPr>
              <w:t>Objectif spécifique 1</w:t>
            </w:r>
          </w:p>
        </w:tc>
        <w:tc>
          <w:tcPr>
            <w:tcW w:w="4464"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67C89346" w14:textId="77777777" w:rsidR="00855B75" w:rsidRDefault="00855B75"/>
        </w:tc>
        <w:tc>
          <w:tcPr>
            <w:tcW w:w="7056"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14C6D20E" w14:textId="77777777" w:rsidR="00855B75" w:rsidRDefault="00000000">
            <w:r>
              <w:rPr>
                <w:i/>
              </w:rPr>
              <w:t>Un résultat concret et atteignable pendant le projet</w:t>
            </w:r>
          </w:p>
        </w:tc>
      </w:tr>
      <w:tr w:rsidR="00855B75" w14:paraId="0E6FC643" w14:textId="77777777">
        <w:trPr>
          <w:cantSplit/>
          <w:jc w:val="center"/>
        </w:trPr>
        <w:tc>
          <w:tcPr>
            <w:tcW w:w="3960"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6771152F" w14:textId="77777777" w:rsidR="00855B75" w:rsidRDefault="00000000">
            <w:r>
              <w:rPr>
                <w:b/>
              </w:rPr>
              <w:t>Objectif spécifique 2 (le cas échéant)</w:t>
            </w:r>
          </w:p>
        </w:tc>
        <w:tc>
          <w:tcPr>
            <w:tcW w:w="4464"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7846907A" w14:textId="77777777" w:rsidR="00855B75" w:rsidRDefault="00855B75"/>
        </w:tc>
        <w:tc>
          <w:tcPr>
            <w:tcW w:w="7056"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46218172" w14:textId="77777777" w:rsidR="00855B75" w:rsidRDefault="00855B75"/>
        </w:tc>
      </w:tr>
      <w:tr w:rsidR="00855B75" w14:paraId="1327C91E" w14:textId="77777777">
        <w:trPr>
          <w:cantSplit/>
          <w:jc w:val="center"/>
        </w:trPr>
        <w:tc>
          <w:tcPr>
            <w:tcW w:w="3960"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7115B5A1" w14:textId="77777777" w:rsidR="00855B75" w:rsidRDefault="00000000">
            <w:r>
              <w:rPr>
                <w:b/>
              </w:rPr>
              <w:t>Activité principale 1 (et période prévue)</w:t>
            </w:r>
          </w:p>
        </w:tc>
        <w:tc>
          <w:tcPr>
            <w:tcW w:w="4464"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68E5D1A7" w14:textId="77777777" w:rsidR="00855B75" w:rsidRDefault="00855B75"/>
        </w:tc>
        <w:tc>
          <w:tcPr>
            <w:tcW w:w="7056"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53A8F0B9" w14:textId="77777777" w:rsidR="00855B75" w:rsidRDefault="00000000">
            <w:r>
              <w:rPr>
                <w:i/>
              </w:rPr>
              <w:t>Ex. : « Plantation de 500 arbres — septembre-octobre 2026 »</w:t>
            </w:r>
          </w:p>
        </w:tc>
      </w:tr>
      <w:tr w:rsidR="00855B75" w14:paraId="63AE441F" w14:textId="77777777">
        <w:trPr>
          <w:cantSplit/>
          <w:jc w:val="center"/>
        </w:trPr>
        <w:tc>
          <w:tcPr>
            <w:tcW w:w="3960"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785B4A8D" w14:textId="77777777" w:rsidR="00855B75" w:rsidRDefault="00000000">
            <w:r>
              <w:rPr>
                <w:b/>
              </w:rPr>
              <w:t>Activité principale 2 (et période prévue)</w:t>
            </w:r>
          </w:p>
        </w:tc>
        <w:tc>
          <w:tcPr>
            <w:tcW w:w="4464"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61480E70" w14:textId="77777777" w:rsidR="00855B75" w:rsidRDefault="00855B75"/>
        </w:tc>
        <w:tc>
          <w:tcPr>
            <w:tcW w:w="7056"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245ECB69" w14:textId="77777777" w:rsidR="00855B75" w:rsidRDefault="00855B75"/>
        </w:tc>
      </w:tr>
      <w:tr w:rsidR="00855B75" w14:paraId="0FFBCA69" w14:textId="77777777">
        <w:trPr>
          <w:cantSplit/>
          <w:jc w:val="center"/>
        </w:trPr>
        <w:tc>
          <w:tcPr>
            <w:tcW w:w="3960"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2F785652" w14:textId="77777777" w:rsidR="00855B75" w:rsidRDefault="00000000">
            <w:r>
              <w:rPr>
                <w:b/>
              </w:rPr>
              <w:t>Activité principale 3 (et période prévue)</w:t>
            </w:r>
          </w:p>
        </w:tc>
        <w:tc>
          <w:tcPr>
            <w:tcW w:w="4464"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36944156" w14:textId="77777777" w:rsidR="00855B75" w:rsidRDefault="00855B75"/>
        </w:tc>
        <w:tc>
          <w:tcPr>
            <w:tcW w:w="7056"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709B46E6" w14:textId="77777777" w:rsidR="00855B75" w:rsidRDefault="00855B75"/>
        </w:tc>
      </w:tr>
      <w:tr w:rsidR="00855B75" w14:paraId="62F17ECD" w14:textId="77777777">
        <w:trPr>
          <w:cantSplit/>
          <w:jc w:val="center"/>
        </w:trPr>
        <w:tc>
          <w:tcPr>
            <w:tcW w:w="3960"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4990E480" w14:textId="77777777" w:rsidR="00855B75" w:rsidRDefault="00000000">
            <w:r>
              <w:rPr>
                <w:b/>
              </w:rPr>
              <w:t>Indicateur de résultat 1 (chiffré et vérifiable)</w:t>
            </w:r>
          </w:p>
        </w:tc>
        <w:tc>
          <w:tcPr>
            <w:tcW w:w="4464"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569AF1D8" w14:textId="77777777" w:rsidR="00855B75" w:rsidRDefault="00855B75"/>
        </w:tc>
        <w:tc>
          <w:tcPr>
            <w:tcW w:w="7056"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113CC22A" w14:textId="77777777" w:rsidR="00855B75" w:rsidRDefault="00000000">
            <w:r>
              <w:rPr>
                <w:i/>
              </w:rPr>
              <w:t>Ex. : « 500 arbres plantés, taux de survie ≥ 70 % à 6 mois »</w:t>
            </w:r>
          </w:p>
        </w:tc>
      </w:tr>
      <w:tr w:rsidR="00855B75" w14:paraId="3D6FA925" w14:textId="77777777">
        <w:trPr>
          <w:cantSplit/>
          <w:jc w:val="center"/>
        </w:trPr>
        <w:tc>
          <w:tcPr>
            <w:tcW w:w="3960"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659A6B7E" w14:textId="77777777" w:rsidR="00855B75" w:rsidRDefault="00000000">
            <w:r>
              <w:rPr>
                <w:b/>
              </w:rPr>
              <w:t>Indicateur de résultat 2 (chiffré et vérifiable)</w:t>
            </w:r>
          </w:p>
        </w:tc>
        <w:tc>
          <w:tcPr>
            <w:tcW w:w="4464"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701AA5A0" w14:textId="77777777" w:rsidR="00855B75" w:rsidRDefault="00855B75"/>
        </w:tc>
        <w:tc>
          <w:tcPr>
            <w:tcW w:w="7056"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4950D7B2" w14:textId="77777777" w:rsidR="00855B75" w:rsidRDefault="00855B75"/>
        </w:tc>
      </w:tr>
      <w:tr w:rsidR="00855B75" w14:paraId="5F2ABF99" w14:textId="77777777">
        <w:trPr>
          <w:cantSplit/>
          <w:jc w:val="center"/>
        </w:trPr>
        <w:tc>
          <w:tcPr>
            <w:tcW w:w="3960"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7FB8D657" w14:textId="77777777" w:rsidR="00855B75" w:rsidRDefault="00000000">
            <w:r>
              <w:rPr>
                <w:b/>
              </w:rPr>
              <w:t>Méthode de vérification des indicateurs</w:t>
            </w:r>
          </w:p>
        </w:tc>
        <w:tc>
          <w:tcPr>
            <w:tcW w:w="4464"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7103C901" w14:textId="77777777" w:rsidR="00855B75" w:rsidRDefault="00855B75"/>
        </w:tc>
        <w:tc>
          <w:tcPr>
            <w:tcW w:w="7056"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39431FE1" w14:textId="77777777" w:rsidR="00855B75" w:rsidRDefault="00000000">
            <w:r>
              <w:rPr>
                <w:i/>
              </w:rPr>
              <w:t>Ex. : « Comptage sur site, photos datées, registre de suivi »</w:t>
            </w:r>
          </w:p>
        </w:tc>
      </w:tr>
      <w:tr w:rsidR="00855B75" w14:paraId="0A67D836" w14:textId="77777777">
        <w:trPr>
          <w:cantSplit/>
          <w:jc w:val="center"/>
        </w:trPr>
        <w:tc>
          <w:tcPr>
            <w:tcW w:w="3960"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060527A7" w14:textId="77777777" w:rsidR="00855B75" w:rsidRDefault="00000000">
            <w:r>
              <w:rPr>
                <w:b/>
              </w:rPr>
              <w:t>Risques identifiés et mesures pour les limiter</w:t>
            </w:r>
          </w:p>
        </w:tc>
        <w:tc>
          <w:tcPr>
            <w:tcW w:w="4464"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0ECEE7B2" w14:textId="77777777" w:rsidR="00855B75" w:rsidRDefault="00855B75"/>
        </w:tc>
        <w:tc>
          <w:tcPr>
            <w:tcW w:w="7056"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329B49B8" w14:textId="77777777" w:rsidR="00855B75" w:rsidRDefault="00000000">
            <w:r>
              <w:rPr>
                <w:i/>
              </w:rPr>
              <w:t>Ex. : « Saison sèche prolongée → prévoir arrosage d'appoint »</w:t>
            </w:r>
          </w:p>
        </w:tc>
      </w:tr>
      <w:tr w:rsidR="00855B75" w14:paraId="192FFE1D" w14:textId="77777777">
        <w:trPr>
          <w:cantSplit/>
          <w:jc w:val="center"/>
        </w:trPr>
        <w:tc>
          <w:tcPr>
            <w:tcW w:w="3960"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4CDE4437" w14:textId="77777777" w:rsidR="00855B75" w:rsidRDefault="00000000">
            <w:r>
              <w:rPr>
                <w:b/>
              </w:rPr>
              <w:t>Plan de continuité après la fin de la subvention</w:t>
            </w:r>
          </w:p>
        </w:tc>
        <w:tc>
          <w:tcPr>
            <w:tcW w:w="4464"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05EBDF74" w14:textId="77777777" w:rsidR="00855B75" w:rsidRDefault="00855B75"/>
        </w:tc>
        <w:tc>
          <w:tcPr>
            <w:tcW w:w="7056"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44E82714" w14:textId="77777777" w:rsidR="00855B75" w:rsidRDefault="00000000">
            <w:r>
              <w:rPr>
                <w:i/>
              </w:rPr>
              <w:t>Ex. : « Entretien assuré par un comité de jeunes bénévoles du village »</w:t>
            </w:r>
          </w:p>
        </w:tc>
      </w:tr>
      <w:tr w:rsidR="00855B75" w14:paraId="08CB383A" w14:textId="77777777">
        <w:trPr>
          <w:cantSplit/>
          <w:jc w:val="center"/>
        </w:trPr>
        <w:tc>
          <w:tcPr>
            <w:tcW w:w="3960"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61345BD3" w14:textId="77777777" w:rsidR="00855B75" w:rsidRDefault="00000000">
            <w:r>
              <w:rPr>
                <w:b/>
              </w:rPr>
              <w:t>Calendrier prévisionnel (dates clés de démarrage à clôture)</w:t>
            </w:r>
          </w:p>
        </w:tc>
        <w:tc>
          <w:tcPr>
            <w:tcW w:w="4464" w:type="dxa"/>
            <w:tcBorders>
              <w:top w:val="single" w:sz="4" w:space="0" w:color="8C8C8C"/>
              <w:left w:val="single" w:sz="4" w:space="0" w:color="8C8C8C"/>
              <w:bottom w:val="single" w:sz="4" w:space="0" w:color="8C8C8C"/>
              <w:right w:val="single" w:sz="4" w:space="0" w:color="8C8C8C"/>
            </w:tcBorders>
            <w:shd w:val="clear" w:color="auto" w:fill="F7FBFB"/>
            <w:tcMar>
              <w:top w:w="70" w:type="dxa"/>
              <w:left w:w="85" w:type="dxa"/>
              <w:bottom w:w="70" w:type="dxa"/>
              <w:right w:w="85" w:type="dxa"/>
            </w:tcMar>
            <w:vAlign w:val="center"/>
          </w:tcPr>
          <w:p w14:paraId="30B39DD2" w14:textId="77777777" w:rsidR="00855B75" w:rsidRDefault="00855B75"/>
        </w:tc>
        <w:tc>
          <w:tcPr>
            <w:tcW w:w="7056" w:type="dxa"/>
            <w:tcBorders>
              <w:top w:val="single" w:sz="4" w:space="0" w:color="8C8C8C"/>
              <w:left w:val="single" w:sz="4" w:space="0" w:color="8C8C8C"/>
              <w:bottom w:val="single" w:sz="4" w:space="0" w:color="8C8C8C"/>
              <w:right w:val="single" w:sz="4" w:space="0" w:color="8C8C8C"/>
            </w:tcBorders>
            <w:tcMar>
              <w:top w:w="70" w:type="dxa"/>
              <w:left w:w="85" w:type="dxa"/>
              <w:bottom w:w="70" w:type="dxa"/>
              <w:right w:w="85" w:type="dxa"/>
            </w:tcMar>
            <w:vAlign w:val="center"/>
          </w:tcPr>
          <w:p w14:paraId="75BA57E7" w14:textId="77777777" w:rsidR="00855B75" w:rsidRDefault="00000000">
            <w:r>
              <w:rPr>
                <w:i/>
              </w:rPr>
              <w:t>Doit se terminer avant le 15 avril 2027</w:t>
            </w:r>
          </w:p>
        </w:tc>
      </w:tr>
    </w:tbl>
    <w:p w14:paraId="7738AD8F" w14:textId="77777777" w:rsidR="009B4339" w:rsidRDefault="009B4339"/>
    <w:sectPr w:rsidR="009B4339" w:rsidSect="00034616">
      <w:footerReference w:type="default" r:id="rId10"/>
      <w:pgSz w:w="16834" w:h="11909" w:orient="landscape"/>
      <w:pgMar w:top="648" w:right="648" w:bottom="720" w:left="648" w:header="288"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2B79E" w14:textId="77777777" w:rsidR="009B4339" w:rsidRDefault="009B4339">
      <w:pPr>
        <w:spacing w:after="0" w:line="240" w:lineRule="auto"/>
      </w:pPr>
      <w:r>
        <w:separator/>
      </w:r>
    </w:p>
  </w:endnote>
  <w:endnote w:type="continuationSeparator" w:id="0">
    <w:p w14:paraId="0B211880" w14:textId="77777777" w:rsidR="009B4339" w:rsidRDefault="009B43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0062B" w14:textId="77777777" w:rsidR="00855B75" w:rsidRDefault="00000000">
    <w:pPr>
      <w:pStyle w:val="Pieddepage"/>
      <w:pBdr>
        <w:top w:val="single" w:sz="8" w:space="3" w:color="000000"/>
      </w:pBdr>
      <w:jc w:val="center"/>
    </w:pPr>
    <w:r>
      <w:rPr>
        <w:b/>
        <w:sz w:val="18"/>
      </w:rPr>
      <w:t xml:space="preserve">Conseil </w:t>
    </w:r>
    <w:proofErr w:type="spellStart"/>
    <w:r>
      <w:rPr>
        <w:b/>
        <w:sz w:val="18"/>
      </w:rPr>
      <w:t>Régional</w:t>
    </w:r>
    <w:proofErr w:type="spellEnd"/>
    <w:r>
      <w:rPr>
        <w:b/>
        <w:sz w:val="18"/>
      </w:rPr>
      <w:t xml:space="preserve"> de la Mé, BP 217 ADZOPE, </w:t>
    </w:r>
    <w:proofErr w:type="spellStart"/>
    <w:r>
      <w:rPr>
        <w:b/>
        <w:sz w:val="18"/>
      </w:rPr>
      <w:t>Tél</w:t>
    </w:r>
    <w:proofErr w:type="spellEnd"/>
    <w:proofErr w:type="gramStart"/>
    <w:r>
      <w:rPr>
        <w:b/>
        <w:sz w:val="18"/>
      </w:rPr>
      <w:t>. :</w:t>
    </w:r>
    <w:proofErr w:type="gramEnd"/>
    <w:r>
      <w:rPr>
        <w:b/>
        <w:sz w:val="18"/>
      </w:rPr>
      <w:t xml:space="preserve"> 27 23 58 45 75/07 58 13 24 97, E-mail</w:t>
    </w:r>
    <w:proofErr w:type="gramStart"/>
    <w:r>
      <w:rPr>
        <w:b/>
        <w:sz w:val="18"/>
      </w:rPr>
      <w:t>. :</w:t>
    </w:r>
    <w:proofErr w:type="gramEnd"/>
    <w:r>
      <w:rPr>
        <w:b/>
        <w:sz w:val="18"/>
      </w:rPr>
      <w:t xml:space="preserve"> regiondelame@gmail.com   |   Page </w:t>
    </w:r>
    <w:r>
      <w:fldChar w:fldCharType="begin"/>
    </w:r>
    <w:r>
      <w:instrText>PAGE</w:instrText>
    </w:r>
    <w:r>
      <w:fldChar w:fldCharType="separate"/>
    </w:r>
    <w:r w:rsidR="00B004FF">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7F8559" w14:textId="77777777" w:rsidR="009B4339" w:rsidRDefault="009B4339">
      <w:pPr>
        <w:spacing w:after="0" w:line="240" w:lineRule="auto"/>
      </w:pPr>
      <w:r>
        <w:separator/>
      </w:r>
    </w:p>
  </w:footnote>
  <w:footnote w:type="continuationSeparator" w:id="0">
    <w:p w14:paraId="6FD40B83" w14:textId="77777777" w:rsidR="009B4339" w:rsidRDefault="009B43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num w:numId="1" w16cid:durableId="1802649342">
    <w:abstractNumId w:val="8"/>
  </w:num>
  <w:num w:numId="2" w16cid:durableId="732969672">
    <w:abstractNumId w:val="6"/>
  </w:num>
  <w:num w:numId="3" w16cid:durableId="1903564942">
    <w:abstractNumId w:val="5"/>
  </w:num>
  <w:num w:numId="4" w16cid:durableId="1710447705">
    <w:abstractNumId w:val="4"/>
  </w:num>
  <w:num w:numId="5" w16cid:durableId="2052726573">
    <w:abstractNumId w:val="7"/>
  </w:num>
  <w:num w:numId="6" w16cid:durableId="1507818588">
    <w:abstractNumId w:val="3"/>
  </w:num>
  <w:num w:numId="7" w16cid:durableId="128328421">
    <w:abstractNumId w:val="2"/>
  </w:num>
  <w:num w:numId="8" w16cid:durableId="1146170514">
    <w:abstractNumId w:val="1"/>
  </w:num>
  <w:num w:numId="9" w16cid:durableId="18364569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22712"/>
    <w:rsid w:val="0029639D"/>
    <w:rsid w:val="00326F90"/>
    <w:rsid w:val="004D71FD"/>
    <w:rsid w:val="00855B75"/>
    <w:rsid w:val="009B4339"/>
    <w:rsid w:val="00AA1D8D"/>
    <w:rsid w:val="00B004FF"/>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4BC1DB"/>
  <w14:defaultImageDpi w14:val="300"/>
  <w15:docId w15:val="{53C55739-F3E6-47E4-8DEC-71508E389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sz w:val="28"/>
    </w:rPr>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1554</Words>
  <Characters>8552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10086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Matrice de Projet — Appel à Candidatures FJAC La Mé</dc:title>
  <dc:subject>Conversion professionnelle du classeur Excel en document Word</dc:subject>
  <dc:creator>Conseil Régional de la Mé</dc:creator>
  <cp:keywords/>
  <dc:description>generated by python-docx</dc:description>
  <cp:lastModifiedBy>user</cp:lastModifiedBy>
  <cp:revision>2</cp:revision>
  <dcterms:created xsi:type="dcterms:W3CDTF">2026-08-21T01:30:00Z</dcterms:created>
  <dcterms:modified xsi:type="dcterms:W3CDTF">2026-08-21T01:30:00Z</dcterms:modified>
  <cp:category/>
</cp:coreProperties>
</file>